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FB75264" w14:textId="77777777" w:rsidR="00804019" w:rsidRPr="00106F48" w:rsidRDefault="00804019" w:rsidP="00804019">
      <w:pPr>
        <w:spacing w:line="240" w:lineRule="auto"/>
        <w:jc w:val="center"/>
        <w:rPr>
          <w:rFonts w:eastAsia="Times New Roman" w:cs="Times New Roman"/>
          <w:sz w:val="20"/>
          <w:szCs w:val="20"/>
          <w:lang w:val="en-GB" w:eastAsia="hr-HR"/>
        </w:rPr>
      </w:pPr>
      <w:r w:rsidRPr="00106F48">
        <w:rPr>
          <w:rFonts w:eastAsia="Times New Roman" w:cs="Times New Roman"/>
          <w:noProof/>
          <w:sz w:val="20"/>
          <w:szCs w:val="20"/>
          <w:lang w:val="hr-HR" w:eastAsia="hr-HR"/>
        </w:rPr>
        <w:drawing>
          <wp:inline distT="0" distB="0" distL="0" distR="0" wp14:anchorId="375CD5A4" wp14:editId="7F7CD049">
            <wp:extent cx="504825" cy="685800"/>
            <wp:effectExtent l="0" t="0" r="9525" b="0"/>
            <wp:docPr id="4" name="Picture 4" descr="A red and white checkered shield with blue and red squar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red and white checkered shield with blue and red squares&#10;&#10;Description automatically generated"/>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04825" cy="685800"/>
                    </a:xfrm>
                    <a:prstGeom prst="rect">
                      <a:avLst/>
                    </a:prstGeom>
                    <a:noFill/>
                    <a:ln>
                      <a:noFill/>
                    </a:ln>
                  </pic:spPr>
                </pic:pic>
              </a:graphicData>
            </a:graphic>
          </wp:inline>
        </w:drawing>
      </w:r>
    </w:p>
    <w:p w14:paraId="06E08D37" w14:textId="77777777" w:rsidR="00804019" w:rsidRPr="00106F48" w:rsidRDefault="00804019" w:rsidP="00804019">
      <w:pPr>
        <w:spacing w:before="60" w:after="1680" w:line="240" w:lineRule="auto"/>
        <w:jc w:val="center"/>
        <w:rPr>
          <w:rFonts w:eastAsia="Times New Roman" w:cs="Times New Roman"/>
          <w:szCs w:val="24"/>
          <w:lang w:val="en-GB" w:eastAsia="hr-HR"/>
        </w:rPr>
      </w:pPr>
      <w:r w:rsidRPr="00106F48">
        <w:rPr>
          <w:rFonts w:eastAsia="Times New Roman" w:cs="Times New Roman"/>
          <w:sz w:val="28"/>
          <w:szCs w:val="20"/>
          <w:lang w:val="en-GB" w:eastAsia="hr-HR"/>
        </w:rPr>
        <w:t>VLADA REPUBLIKE HRVATSKE</w:t>
      </w:r>
    </w:p>
    <w:p w14:paraId="6F962403" w14:textId="4D8890B4" w:rsidR="00804019" w:rsidRPr="00106F48" w:rsidRDefault="00804019" w:rsidP="00804019">
      <w:pPr>
        <w:spacing w:line="240" w:lineRule="auto"/>
        <w:jc w:val="right"/>
        <w:rPr>
          <w:rFonts w:eastAsia="Times New Roman" w:cs="Times New Roman"/>
          <w:b/>
          <w:szCs w:val="24"/>
          <w:lang w:val="en-GB" w:eastAsia="hr-HR"/>
        </w:rPr>
      </w:pPr>
      <w:r w:rsidRPr="00106F48">
        <w:rPr>
          <w:rFonts w:eastAsia="Times New Roman" w:cs="Times New Roman"/>
          <w:szCs w:val="24"/>
          <w:lang w:val="en-GB" w:eastAsia="hr-HR"/>
        </w:rPr>
        <w:t>Zagreb, 10. rujna 2026</w:t>
      </w:r>
      <w:r w:rsidRPr="00106F48">
        <w:rPr>
          <w:rFonts w:eastAsia="Times New Roman" w:cs="Times New Roman"/>
          <w:b/>
          <w:szCs w:val="24"/>
          <w:lang w:val="en-GB" w:eastAsia="hr-HR"/>
        </w:rPr>
        <w:t>.</w:t>
      </w:r>
    </w:p>
    <w:p w14:paraId="6DF0674C" w14:textId="77777777" w:rsidR="00804019" w:rsidRPr="00106F48" w:rsidRDefault="00804019" w:rsidP="00804019">
      <w:pPr>
        <w:spacing w:line="240" w:lineRule="auto"/>
        <w:jc w:val="right"/>
        <w:rPr>
          <w:rFonts w:eastAsia="Times New Roman" w:cs="Times New Roman"/>
          <w:szCs w:val="24"/>
          <w:lang w:val="en-GB" w:eastAsia="hr-HR"/>
        </w:rPr>
      </w:pPr>
    </w:p>
    <w:p w14:paraId="3AB7B124" w14:textId="77777777" w:rsidR="00804019" w:rsidRPr="00106F48" w:rsidRDefault="00804019" w:rsidP="00804019">
      <w:pPr>
        <w:spacing w:line="240" w:lineRule="auto"/>
        <w:jc w:val="right"/>
        <w:rPr>
          <w:rFonts w:eastAsia="Times New Roman" w:cs="Times New Roman"/>
          <w:szCs w:val="24"/>
          <w:lang w:val="en-GB" w:eastAsia="hr-HR"/>
        </w:rPr>
      </w:pPr>
    </w:p>
    <w:p w14:paraId="34138686" w14:textId="77777777" w:rsidR="00804019" w:rsidRPr="00106F48" w:rsidRDefault="00804019" w:rsidP="00804019">
      <w:pPr>
        <w:spacing w:line="240" w:lineRule="auto"/>
        <w:jc w:val="right"/>
        <w:rPr>
          <w:rFonts w:eastAsia="Times New Roman" w:cs="Times New Roman"/>
          <w:szCs w:val="24"/>
          <w:lang w:val="en-GB" w:eastAsia="hr-HR"/>
        </w:rPr>
      </w:pPr>
    </w:p>
    <w:p w14:paraId="6C1C915A" w14:textId="77777777" w:rsidR="00804019" w:rsidRPr="00106F48" w:rsidRDefault="00804019" w:rsidP="00804019">
      <w:pPr>
        <w:spacing w:line="240" w:lineRule="auto"/>
        <w:jc w:val="right"/>
        <w:rPr>
          <w:rFonts w:eastAsia="Times New Roman" w:cs="Times New Roman"/>
          <w:szCs w:val="24"/>
          <w:lang w:val="en-GB" w:eastAsia="hr-HR"/>
        </w:rPr>
      </w:pPr>
    </w:p>
    <w:p w14:paraId="1F011F43" w14:textId="77777777" w:rsidR="00804019" w:rsidRPr="00106F48" w:rsidRDefault="00804019" w:rsidP="00804019">
      <w:pPr>
        <w:spacing w:line="240" w:lineRule="auto"/>
        <w:jc w:val="right"/>
        <w:rPr>
          <w:rFonts w:eastAsia="Times New Roman" w:cs="Times New Roman"/>
          <w:szCs w:val="24"/>
          <w:lang w:val="en-GB" w:eastAsia="hr-HR"/>
        </w:rPr>
      </w:pPr>
    </w:p>
    <w:p w14:paraId="091900AB" w14:textId="77777777" w:rsidR="00804019" w:rsidRPr="00106F48" w:rsidRDefault="00804019" w:rsidP="00804019">
      <w:pPr>
        <w:spacing w:line="240" w:lineRule="auto"/>
        <w:jc w:val="both"/>
        <w:rPr>
          <w:rFonts w:eastAsia="Times New Roman" w:cs="Times New Roman"/>
          <w:szCs w:val="24"/>
          <w:lang w:val="en-GB" w:eastAsia="hr-HR"/>
        </w:rPr>
      </w:pPr>
      <w:r w:rsidRPr="00106F48">
        <w:rPr>
          <w:rFonts w:eastAsia="Times New Roman" w:cs="Times New Roman"/>
          <w:szCs w:val="24"/>
          <w:lang w:val="en-GB" w:eastAsia="hr-HR"/>
        </w:rPr>
        <w:t>__________________________________________________________________________</w:t>
      </w:r>
    </w:p>
    <w:tbl>
      <w:tblPr>
        <w:tblW w:w="0" w:type="auto"/>
        <w:tblLook w:val="04A0" w:firstRow="1" w:lastRow="0" w:firstColumn="1" w:lastColumn="0" w:noHBand="0" w:noVBand="1"/>
      </w:tblPr>
      <w:tblGrid>
        <w:gridCol w:w="1949"/>
        <w:gridCol w:w="7123"/>
      </w:tblGrid>
      <w:tr w:rsidR="00804019" w:rsidRPr="00106F48" w14:paraId="345CACC2" w14:textId="77777777" w:rsidTr="00FF12B4">
        <w:tc>
          <w:tcPr>
            <w:tcW w:w="1951" w:type="dxa"/>
          </w:tcPr>
          <w:p w14:paraId="1F3B63DC" w14:textId="77777777" w:rsidR="00804019" w:rsidRPr="00106F48" w:rsidRDefault="00804019" w:rsidP="00804019">
            <w:pPr>
              <w:spacing w:line="360" w:lineRule="auto"/>
              <w:jc w:val="right"/>
              <w:rPr>
                <w:rFonts w:eastAsia="Times New Roman" w:cs="Times New Roman"/>
                <w:szCs w:val="24"/>
                <w:lang w:val="en-GB" w:eastAsia="hr-HR"/>
              </w:rPr>
            </w:pPr>
          </w:p>
          <w:p w14:paraId="4472AA31" w14:textId="77777777" w:rsidR="00804019" w:rsidRPr="00106F48" w:rsidRDefault="00804019" w:rsidP="00804019">
            <w:pPr>
              <w:spacing w:line="360" w:lineRule="auto"/>
              <w:jc w:val="right"/>
              <w:rPr>
                <w:rFonts w:eastAsia="Times New Roman" w:cs="Times New Roman"/>
                <w:szCs w:val="24"/>
                <w:lang w:val="en-GB" w:eastAsia="hr-HR"/>
              </w:rPr>
            </w:pPr>
            <w:r w:rsidRPr="00106F48">
              <w:rPr>
                <w:rFonts w:eastAsia="Times New Roman" w:cs="Times New Roman"/>
                <w:szCs w:val="24"/>
                <w:lang w:val="en-GB" w:eastAsia="hr-HR"/>
              </w:rPr>
              <w:t xml:space="preserve"> </w:t>
            </w:r>
            <w:r w:rsidRPr="00106F48">
              <w:rPr>
                <w:rFonts w:eastAsia="Times New Roman" w:cs="Times New Roman"/>
                <w:b/>
                <w:smallCaps/>
                <w:szCs w:val="24"/>
                <w:lang w:val="en-GB" w:eastAsia="hr-HR"/>
              </w:rPr>
              <w:t>Predlagatelj</w:t>
            </w:r>
            <w:r w:rsidRPr="00106F48">
              <w:rPr>
                <w:rFonts w:eastAsia="Times New Roman" w:cs="Times New Roman"/>
                <w:b/>
                <w:szCs w:val="24"/>
                <w:lang w:val="en-GB" w:eastAsia="hr-HR"/>
              </w:rPr>
              <w:t>:</w:t>
            </w:r>
          </w:p>
        </w:tc>
        <w:tc>
          <w:tcPr>
            <w:tcW w:w="7229" w:type="dxa"/>
          </w:tcPr>
          <w:p w14:paraId="7DF7E746" w14:textId="77777777" w:rsidR="00804019" w:rsidRPr="00106F48" w:rsidRDefault="00804019" w:rsidP="00804019">
            <w:pPr>
              <w:spacing w:line="360" w:lineRule="auto"/>
              <w:rPr>
                <w:rFonts w:eastAsia="Times New Roman" w:cs="Times New Roman"/>
                <w:szCs w:val="24"/>
                <w:lang w:val="en-GB" w:eastAsia="hr-HR"/>
              </w:rPr>
            </w:pPr>
          </w:p>
          <w:p w14:paraId="2A706197" w14:textId="77777777" w:rsidR="00804019" w:rsidRPr="00106F48" w:rsidRDefault="00804019" w:rsidP="00804019">
            <w:pPr>
              <w:spacing w:line="360" w:lineRule="auto"/>
              <w:rPr>
                <w:rFonts w:eastAsia="Times New Roman" w:cs="Times New Roman"/>
                <w:szCs w:val="24"/>
                <w:lang w:val="en-GB" w:eastAsia="hr-HR"/>
              </w:rPr>
            </w:pPr>
            <w:r w:rsidRPr="00106F48">
              <w:rPr>
                <w:rFonts w:eastAsia="Times New Roman" w:cs="Times New Roman"/>
                <w:szCs w:val="24"/>
                <w:lang w:val="en-GB" w:eastAsia="hr-HR"/>
              </w:rPr>
              <w:t xml:space="preserve"> Ministarstvo gospodarstva </w:t>
            </w:r>
          </w:p>
        </w:tc>
      </w:tr>
    </w:tbl>
    <w:p w14:paraId="625C4C37" w14:textId="77777777" w:rsidR="00804019" w:rsidRPr="00106F48" w:rsidRDefault="00804019" w:rsidP="00804019">
      <w:pPr>
        <w:spacing w:line="240" w:lineRule="auto"/>
        <w:jc w:val="both"/>
        <w:rPr>
          <w:rFonts w:eastAsia="Times New Roman" w:cs="Times New Roman"/>
          <w:szCs w:val="24"/>
          <w:lang w:val="en-GB" w:eastAsia="hr-HR"/>
        </w:rPr>
      </w:pPr>
      <w:r w:rsidRPr="00106F48">
        <w:rPr>
          <w:rFonts w:eastAsia="Times New Roman" w:cs="Times New Roman"/>
          <w:szCs w:val="24"/>
          <w:lang w:val="en-GB" w:eastAsia="hr-HR"/>
        </w:rPr>
        <w:t>__________________________________________________________________________</w:t>
      </w:r>
    </w:p>
    <w:tbl>
      <w:tblPr>
        <w:tblW w:w="0" w:type="auto"/>
        <w:tblLook w:val="04A0" w:firstRow="1" w:lastRow="0" w:firstColumn="1" w:lastColumn="0" w:noHBand="0" w:noVBand="1"/>
      </w:tblPr>
      <w:tblGrid>
        <w:gridCol w:w="1940"/>
        <w:gridCol w:w="7132"/>
      </w:tblGrid>
      <w:tr w:rsidR="00804019" w:rsidRPr="00106F48" w14:paraId="33C60214" w14:textId="77777777" w:rsidTr="00FF12B4">
        <w:tc>
          <w:tcPr>
            <w:tcW w:w="1951" w:type="dxa"/>
          </w:tcPr>
          <w:p w14:paraId="09E4CD99" w14:textId="77777777" w:rsidR="00804019" w:rsidRPr="00106F48" w:rsidRDefault="00804019" w:rsidP="00804019">
            <w:pPr>
              <w:spacing w:line="360" w:lineRule="auto"/>
              <w:jc w:val="right"/>
              <w:rPr>
                <w:rFonts w:eastAsia="Times New Roman" w:cs="Times New Roman"/>
                <w:b/>
                <w:smallCaps/>
                <w:szCs w:val="24"/>
                <w:lang w:val="en-GB" w:eastAsia="hr-HR"/>
              </w:rPr>
            </w:pPr>
          </w:p>
          <w:p w14:paraId="29B02479" w14:textId="77777777" w:rsidR="00804019" w:rsidRPr="00106F48" w:rsidRDefault="00804019" w:rsidP="00804019">
            <w:pPr>
              <w:spacing w:line="360" w:lineRule="auto"/>
              <w:jc w:val="right"/>
              <w:rPr>
                <w:rFonts w:eastAsia="Times New Roman" w:cs="Times New Roman"/>
                <w:szCs w:val="24"/>
                <w:lang w:val="en-GB" w:eastAsia="hr-HR"/>
              </w:rPr>
            </w:pPr>
            <w:r w:rsidRPr="00106F48">
              <w:rPr>
                <w:rFonts w:eastAsia="Times New Roman" w:cs="Times New Roman"/>
                <w:b/>
                <w:smallCaps/>
                <w:szCs w:val="24"/>
                <w:lang w:val="en-GB" w:eastAsia="hr-HR"/>
              </w:rPr>
              <w:t>Predmet</w:t>
            </w:r>
            <w:r w:rsidRPr="00106F48">
              <w:rPr>
                <w:rFonts w:eastAsia="Times New Roman" w:cs="Times New Roman"/>
                <w:b/>
                <w:szCs w:val="24"/>
                <w:lang w:val="en-GB" w:eastAsia="hr-HR"/>
              </w:rPr>
              <w:t>:</w:t>
            </w:r>
          </w:p>
        </w:tc>
        <w:tc>
          <w:tcPr>
            <w:tcW w:w="7229" w:type="dxa"/>
          </w:tcPr>
          <w:p w14:paraId="65741125" w14:textId="77777777" w:rsidR="00804019" w:rsidRPr="00106F48" w:rsidRDefault="00804019" w:rsidP="00804019">
            <w:pPr>
              <w:spacing w:line="360" w:lineRule="auto"/>
              <w:jc w:val="both"/>
              <w:rPr>
                <w:rFonts w:eastAsia="Times New Roman" w:cs="Times New Roman"/>
                <w:szCs w:val="24"/>
                <w:lang w:val="en-GB" w:eastAsia="hr-HR"/>
              </w:rPr>
            </w:pPr>
          </w:p>
          <w:p w14:paraId="30C29474" w14:textId="1140FD9E" w:rsidR="00804019" w:rsidRPr="00106F48" w:rsidRDefault="00804019" w:rsidP="00804019">
            <w:pPr>
              <w:spacing w:line="240" w:lineRule="auto"/>
              <w:jc w:val="both"/>
              <w:rPr>
                <w:rFonts w:eastAsia="Times New Roman" w:cs="Times New Roman"/>
                <w:szCs w:val="24"/>
                <w:lang w:val="en-GB" w:eastAsia="hr-HR"/>
              </w:rPr>
            </w:pPr>
            <w:r w:rsidRPr="00106F48">
              <w:rPr>
                <w:rFonts w:eastAsia="Times New Roman" w:cs="Times New Roman"/>
                <w:szCs w:val="24"/>
                <w:lang w:val="en-GB" w:eastAsia="hr-HR"/>
              </w:rPr>
              <w:t>Prijedlog uredbe o mjerama za stabilnost domaćeg tržišta energije</w:t>
            </w:r>
          </w:p>
        </w:tc>
      </w:tr>
    </w:tbl>
    <w:p w14:paraId="4E4A8E3C" w14:textId="77777777" w:rsidR="00804019" w:rsidRPr="00106F48" w:rsidRDefault="00804019" w:rsidP="00804019">
      <w:pPr>
        <w:spacing w:line="240" w:lineRule="auto"/>
        <w:jc w:val="both"/>
        <w:rPr>
          <w:rFonts w:eastAsia="Times New Roman" w:cs="Times New Roman"/>
          <w:szCs w:val="24"/>
          <w:lang w:val="en-GB" w:eastAsia="hr-HR"/>
        </w:rPr>
      </w:pPr>
      <w:r w:rsidRPr="00106F48">
        <w:rPr>
          <w:rFonts w:eastAsia="Times New Roman" w:cs="Times New Roman"/>
          <w:szCs w:val="24"/>
          <w:lang w:val="en-GB" w:eastAsia="hr-HR"/>
        </w:rPr>
        <w:t>__________________________________________________________________________</w:t>
      </w:r>
    </w:p>
    <w:p w14:paraId="1D3F6CE4" w14:textId="77777777" w:rsidR="00804019" w:rsidRPr="00106F48" w:rsidRDefault="00804019" w:rsidP="00804019">
      <w:pPr>
        <w:spacing w:line="240" w:lineRule="auto"/>
        <w:jc w:val="both"/>
        <w:rPr>
          <w:rFonts w:eastAsia="Times New Roman" w:cs="Times New Roman"/>
          <w:szCs w:val="24"/>
          <w:lang w:val="en-GB" w:eastAsia="hr-HR"/>
        </w:rPr>
      </w:pPr>
    </w:p>
    <w:p w14:paraId="2541192F" w14:textId="77777777" w:rsidR="00804019" w:rsidRPr="00106F48" w:rsidRDefault="00804019" w:rsidP="00804019">
      <w:pPr>
        <w:spacing w:line="240" w:lineRule="auto"/>
        <w:jc w:val="both"/>
        <w:rPr>
          <w:rFonts w:eastAsia="Times New Roman" w:cs="Times New Roman"/>
          <w:szCs w:val="24"/>
          <w:lang w:val="en-GB" w:eastAsia="hr-HR"/>
        </w:rPr>
      </w:pPr>
    </w:p>
    <w:p w14:paraId="4D6FD5F2" w14:textId="77777777" w:rsidR="00804019" w:rsidRPr="00106F48" w:rsidRDefault="00804019" w:rsidP="00804019">
      <w:pPr>
        <w:spacing w:line="240" w:lineRule="auto"/>
        <w:jc w:val="both"/>
        <w:rPr>
          <w:rFonts w:eastAsia="Times New Roman" w:cs="Times New Roman"/>
          <w:szCs w:val="24"/>
          <w:lang w:val="en-GB" w:eastAsia="hr-HR"/>
        </w:rPr>
      </w:pPr>
    </w:p>
    <w:p w14:paraId="566F95C1" w14:textId="77777777" w:rsidR="00804019" w:rsidRPr="00106F48" w:rsidRDefault="00804019" w:rsidP="00804019">
      <w:pPr>
        <w:spacing w:line="240" w:lineRule="auto"/>
        <w:jc w:val="both"/>
        <w:rPr>
          <w:rFonts w:eastAsia="Times New Roman" w:cs="Times New Roman"/>
          <w:szCs w:val="24"/>
          <w:lang w:val="en-GB" w:eastAsia="hr-HR"/>
        </w:rPr>
      </w:pPr>
    </w:p>
    <w:p w14:paraId="11D0FC16" w14:textId="77777777" w:rsidR="00804019" w:rsidRPr="00106F48" w:rsidRDefault="00804019" w:rsidP="00804019">
      <w:pPr>
        <w:spacing w:line="240" w:lineRule="auto"/>
        <w:jc w:val="both"/>
        <w:rPr>
          <w:rFonts w:eastAsia="Times New Roman" w:cs="Times New Roman"/>
          <w:szCs w:val="24"/>
          <w:lang w:val="en-GB" w:eastAsia="hr-HR"/>
        </w:rPr>
      </w:pPr>
    </w:p>
    <w:p w14:paraId="19638BD8" w14:textId="77777777" w:rsidR="00804019" w:rsidRPr="00106F48" w:rsidRDefault="00804019" w:rsidP="00804019">
      <w:pPr>
        <w:spacing w:line="240" w:lineRule="auto"/>
        <w:jc w:val="both"/>
        <w:rPr>
          <w:rFonts w:eastAsia="Times New Roman" w:cs="Times New Roman"/>
          <w:szCs w:val="24"/>
          <w:lang w:val="en-GB" w:eastAsia="hr-HR"/>
        </w:rPr>
      </w:pPr>
    </w:p>
    <w:p w14:paraId="1AF8AB9F" w14:textId="77777777" w:rsidR="00804019" w:rsidRPr="00106F48" w:rsidRDefault="00804019" w:rsidP="00804019">
      <w:pPr>
        <w:spacing w:line="240" w:lineRule="auto"/>
        <w:jc w:val="both"/>
        <w:rPr>
          <w:rFonts w:eastAsia="Times New Roman" w:cs="Times New Roman"/>
          <w:szCs w:val="24"/>
          <w:lang w:val="en-GB" w:eastAsia="hr-HR"/>
        </w:rPr>
      </w:pPr>
    </w:p>
    <w:p w14:paraId="50DCB78C" w14:textId="77777777" w:rsidR="00804019" w:rsidRPr="00106F48" w:rsidRDefault="00804019" w:rsidP="00804019">
      <w:pPr>
        <w:spacing w:line="240" w:lineRule="auto"/>
        <w:jc w:val="both"/>
        <w:rPr>
          <w:rFonts w:eastAsia="Times New Roman" w:cs="Times New Roman"/>
          <w:szCs w:val="24"/>
          <w:lang w:val="en-GB" w:eastAsia="hr-HR"/>
        </w:rPr>
      </w:pPr>
    </w:p>
    <w:p w14:paraId="3E7A45F5" w14:textId="77777777" w:rsidR="00804019" w:rsidRPr="00106F48" w:rsidRDefault="00804019" w:rsidP="00804019">
      <w:pPr>
        <w:spacing w:line="240" w:lineRule="auto"/>
        <w:jc w:val="both"/>
        <w:rPr>
          <w:rFonts w:eastAsia="Times New Roman" w:cs="Times New Roman"/>
          <w:szCs w:val="24"/>
          <w:lang w:val="en-GB" w:eastAsia="hr-HR"/>
        </w:rPr>
      </w:pPr>
    </w:p>
    <w:p w14:paraId="73DAA882" w14:textId="77777777" w:rsidR="00804019" w:rsidRPr="00106F48" w:rsidRDefault="00804019" w:rsidP="00804019">
      <w:pPr>
        <w:spacing w:line="240" w:lineRule="auto"/>
        <w:jc w:val="both"/>
        <w:rPr>
          <w:rFonts w:eastAsia="Times New Roman" w:cs="Times New Roman"/>
          <w:szCs w:val="24"/>
          <w:lang w:val="en-GB" w:eastAsia="hr-HR"/>
        </w:rPr>
      </w:pPr>
    </w:p>
    <w:p w14:paraId="267F81A2" w14:textId="77777777" w:rsidR="00804019" w:rsidRPr="00106F48" w:rsidRDefault="00804019" w:rsidP="00804019">
      <w:pPr>
        <w:spacing w:line="240" w:lineRule="auto"/>
        <w:jc w:val="both"/>
        <w:rPr>
          <w:rFonts w:eastAsia="Times New Roman" w:cs="Times New Roman"/>
          <w:szCs w:val="24"/>
          <w:lang w:val="en-GB" w:eastAsia="hr-HR"/>
        </w:rPr>
      </w:pPr>
    </w:p>
    <w:p w14:paraId="049CE7D1" w14:textId="77777777" w:rsidR="00804019" w:rsidRPr="00106F48" w:rsidRDefault="00804019" w:rsidP="00804019">
      <w:pPr>
        <w:spacing w:line="240" w:lineRule="auto"/>
        <w:jc w:val="both"/>
        <w:rPr>
          <w:rFonts w:eastAsia="Times New Roman" w:cs="Times New Roman"/>
          <w:szCs w:val="24"/>
          <w:lang w:val="en-GB" w:eastAsia="hr-HR"/>
        </w:rPr>
      </w:pPr>
    </w:p>
    <w:p w14:paraId="1275E6BD" w14:textId="77777777" w:rsidR="00804019" w:rsidRPr="00106F48" w:rsidRDefault="00804019" w:rsidP="00804019">
      <w:pPr>
        <w:spacing w:line="240" w:lineRule="auto"/>
        <w:jc w:val="both"/>
        <w:rPr>
          <w:rFonts w:eastAsia="Times New Roman" w:cs="Times New Roman"/>
          <w:szCs w:val="24"/>
          <w:lang w:val="en-GB" w:eastAsia="hr-HR"/>
        </w:rPr>
      </w:pPr>
    </w:p>
    <w:p w14:paraId="5021A1C6" w14:textId="77777777" w:rsidR="00804019" w:rsidRPr="00106F48" w:rsidRDefault="00804019" w:rsidP="00804019">
      <w:pPr>
        <w:spacing w:line="240" w:lineRule="auto"/>
        <w:jc w:val="both"/>
        <w:rPr>
          <w:rFonts w:eastAsia="Times New Roman" w:cs="Times New Roman"/>
          <w:szCs w:val="24"/>
          <w:lang w:val="en-GB" w:eastAsia="hr-HR"/>
        </w:rPr>
      </w:pPr>
    </w:p>
    <w:p w14:paraId="3547FCDA" w14:textId="77777777" w:rsidR="00804019" w:rsidRPr="00106F48" w:rsidRDefault="00804019" w:rsidP="00804019">
      <w:pPr>
        <w:spacing w:line="240" w:lineRule="auto"/>
        <w:jc w:val="both"/>
        <w:rPr>
          <w:rFonts w:eastAsia="Times New Roman" w:cs="Times New Roman"/>
          <w:szCs w:val="24"/>
          <w:lang w:val="en-GB" w:eastAsia="hr-HR"/>
        </w:rPr>
      </w:pPr>
    </w:p>
    <w:p w14:paraId="25BBFB75" w14:textId="77777777" w:rsidR="00804019" w:rsidRPr="00106F48" w:rsidRDefault="00804019" w:rsidP="00804019">
      <w:pPr>
        <w:spacing w:line="240" w:lineRule="auto"/>
        <w:jc w:val="both"/>
        <w:rPr>
          <w:rFonts w:eastAsia="Times New Roman" w:cs="Times New Roman"/>
          <w:szCs w:val="24"/>
          <w:lang w:val="en-GB" w:eastAsia="hr-HR"/>
        </w:rPr>
      </w:pPr>
    </w:p>
    <w:p w14:paraId="37AA7D30" w14:textId="77777777" w:rsidR="00804019" w:rsidRPr="00106F48" w:rsidRDefault="00804019" w:rsidP="00804019">
      <w:pPr>
        <w:spacing w:line="240" w:lineRule="auto"/>
        <w:jc w:val="both"/>
        <w:rPr>
          <w:rFonts w:eastAsia="Times New Roman" w:cs="Times New Roman"/>
          <w:szCs w:val="24"/>
          <w:lang w:val="en-GB" w:eastAsia="hr-HR"/>
        </w:rPr>
      </w:pPr>
    </w:p>
    <w:p w14:paraId="2291716E" w14:textId="77777777" w:rsidR="00804019" w:rsidRPr="00106F48" w:rsidRDefault="00804019" w:rsidP="00804019">
      <w:pPr>
        <w:spacing w:line="240" w:lineRule="auto"/>
        <w:jc w:val="both"/>
        <w:rPr>
          <w:rFonts w:eastAsia="Times New Roman" w:cs="Times New Roman"/>
          <w:szCs w:val="24"/>
          <w:lang w:val="en-GB" w:eastAsia="hr-HR"/>
        </w:rPr>
      </w:pPr>
    </w:p>
    <w:p w14:paraId="40B95E61" w14:textId="77777777" w:rsidR="00804019" w:rsidRPr="00106F48" w:rsidRDefault="00804019" w:rsidP="00804019">
      <w:pPr>
        <w:spacing w:line="240" w:lineRule="auto"/>
        <w:jc w:val="both"/>
        <w:rPr>
          <w:rFonts w:eastAsia="Times New Roman" w:cs="Times New Roman"/>
          <w:szCs w:val="24"/>
          <w:lang w:val="en-GB" w:eastAsia="hr-HR"/>
        </w:rPr>
      </w:pPr>
    </w:p>
    <w:p w14:paraId="22668BC7" w14:textId="77777777" w:rsidR="00804019" w:rsidRPr="00106F48" w:rsidRDefault="00804019" w:rsidP="00804019">
      <w:pPr>
        <w:tabs>
          <w:tab w:val="center" w:pos="4536"/>
          <w:tab w:val="right" w:pos="9072"/>
        </w:tabs>
        <w:spacing w:line="240" w:lineRule="auto"/>
        <w:rPr>
          <w:rFonts w:eastAsia="Times New Roman" w:cs="Times New Roman"/>
          <w:sz w:val="20"/>
          <w:szCs w:val="20"/>
          <w:lang w:val="en-GB" w:eastAsia="hr-HR"/>
        </w:rPr>
      </w:pPr>
    </w:p>
    <w:p w14:paraId="530D1148" w14:textId="77777777" w:rsidR="00804019" w:rsidRPr="00106F48" w:rsidRDefault="00804019" w:rsidP="00804019">
      <w:pPr>
        <w:pBdr>
          <w:top w:val="single" w:sz="4" w:space="1" w:color="404040"/>
        </w:pBdr>
        <w:tabs>
          <w:tab w:val="center" w:pos="4536"/>
          <w:tab w:val="right" w:pos="9072"/>
        </w:tabs>
        <w:spacing w:line="240" w:lineRule="auto"/>
        <w:jc w:val="center"/>
        <w:rPr>
          <w:rFonts w:eastAsia="Times New Roman" w:cs="Times New Roman"/>
          <w:spacing w:val="20"/>
          <w:sz w:val="20"/>
          <w:szCs w:val="20"/>
          <w:lang w:val="en-GB" w:eastAsia="hr-HR"/>
        </w:rPr>
      </w:pPr>
      <w:r w:rsidRPr="00106F48">
        <w:rPr>
          <w:rFonts w:eastAsia="Times New Roman" w:cs="Times New Roman"/>
          <w:spacing w:val="20"/>
          <w:sz w:val="20"/>
          <w:szCs w:val="20"/>
          <w:lang w:val="en-GB" w:eastAsia="hr-HR"/>
        </w:rPr>
        <w:t>Banski dvori | Trg Sv. Marka 2  | 10000 Zagreb | tel. 01 4569 222 | vlada.gov.hr</w:t>
      </w:r>
    </w:p>
    <w:p w14:paraId="31AA9FB4" w14:textId="77777777" w:rsidR="00804019" w:rsidRPr="00106F48" w:rsidRDefault="00804019">
      <w:pPr>
        <w:spacing w:after="200"/>
        <w:rPr>
          <w:b/>
          <w:lang w:val="hr-HR"/>
        </w:rPr>
      </w:pPr>
      <w:r w:rsidRPr="00106F48">
        <w:rPr>
          <w:b/>
          <w:lang w:val="hr-HR"/>
        </w:rPr>
        <w:br w:type="page"/>
      </w:r>
    </w:p>
    <w:p w14:paraId="51FA3677" w14:textId="77777777" w:rsidR="00106F48" w:rsidRPr="00106F48" w:rsidRDefault="00106F48" w:rsidP="00106F48">
      <w:pPr>
        <w:keepLines/>
        <w:widowControl w:val="0"/>
        <w:spacing w:after="180" w:line="252" w:lineRule="auto"/>
        <w:jc w:val="both"/>
        <w:rPr>
          <w:lang w:val="hr-HR"/>
        </w:rPr>
      </w:pPr>
      <w:r w:rsidRPr="00106F48">
        <w:rPr>
          <w:lang w:val="hr-HR"/>
        </w:rPr>
        <w:lastRenderedPageBreak/>
        <w:t>Na temelju članka 26. Zakona o energiji (»Narodne novine«, br. 120/12., 14/14., 95/15., 102/15. i 68/18.) i članka 30. stavka 1. Zakona o Vladi Republike Hrvatske (»Narodne novine«, br. 150/11., 119/14., 93/16., 116/18., 80/22. i 78/24.), a u vezi s člankom 120. Zakona o tržištu električne energije (»Narodne novine«, br. 111/21., 83/23. i 17/25.), člankom 5. Zakona o tržištu plina (»Narodne novine«, br. 18/18. i 23/20.) i člankom 36. Zakona o tržištu toplinske energije (»Narodne novine«, br. 80/13, 14/14, 67/25), Vlada Republike Hrvatske je na sjednici održanoj _____________ donijela</w:t>
      </w:r>
    </w:p>
    <w:p w14:paraId="07085684" w14:textId="77777777" w:rsidR="00106F48" w:rsidRPr="00106F48" w:rsidRDefault="00106F48" w:rsidP="00106F48">
      <w:pPr>
        <w:keepLines/>
        <w:widowControl w:val="0"/>
        <w:spacing w:after="180" w:line="252" w:lineRule="auto"/>
        <w:jc w:val="both"/>
        <w:rPr>
          <w:lang w:val="hr-HR"/>
        </w:rPr>
      </w:pPr>
    </w:p>
    <w:p w14:paraId="65EBACEA" w14:textId="77777777" w:rsidR="00106F48" w:rsidRPr="00106F48" w:rsidRDefault="00106F48" w:rsidP="00106F48">
      <w:pPr>
        <w:keepLines/>
        <w:widowControl w:val="0"/>
        <w:spacing w:after="45" w:line="252" w:lineRule="auto"/>
        <w:jc w:val="center"/>
        <w:rPr>
          <w:lang w:val="hr-HR"/>
        </w:rPr>
      </w:pPr>
      <w:r w:rsidRPr="00106F48">
        <w:rPr>
          <w:b/>
          <w:lang w:val="hr-HR"/>
        </w:rPr>
        <w:t>UREDBU</w:t>
      </w:r>
    </w:p>
    <w:p w14:paraId="1D55783C" w14:textId="77777777" w:rsidR="00106F48" w:rsidRPr="00106F48" w:rsidRDefault="00106F48" w:rsidP="00106F48">
      <w:pPr>
        <w:keepNext/>
        <w:keepLines/>
        <w:widowControl w:val="0"/>
        <w:spacing w:before="120" w:after="80" w:line="252" w:lineRule="auto"/>
        <w:jc w:val="center"/>
        <w:rPr>
          <w:lang w:val="hr-HR"/>
        </w:rPr>
      </w:pPr>
      <w:r w:rsidRPr="00106F48">
        <w:rPr>
          <w:b/>
          <w:lang w:val="hr-HR"/>
        </w:rPr>
        <w:t xml:space="preserve">O MJERAMA ZA STABILNOST DOMAĆEG TRŽIŠTA ENERGIJE </w:t>
      </w:r>
    </w:p>
    <w:p w14:paraId="72F2467F" w14:textId="77777777" w:rsidR="00106F48" w:rsidRPr="00106F48" w:rsidRDefault="00106F48" w:rsidP="00106F48">
      <w:pPr>
        <w:keepNext/>
        <w:keepLines/>
        <w:widowControl w:val="0"/>
        <w:spacing w:before="100" w:after="60" w:line="252" w:lineRule="auto"/>
        <w:jc w:val="center"/>
        <w:rPr>
          <w:lang w:val="hr-HR"/>
        </w:rPr>
      </w:pPr>
    </w:p>
    <w:p w14:paraId="538778E3" w14:textId="77777777" w:rsidR="00106F48" w:rsidRPr="00106F48" w:rsidRDefault="00106F48" w:rsidP="00106F48">
      <w:pPr>
        <w:keepNext/>
        <w:keepLines/>
        <w:widowControl w:val="0"/>
        <w:spacing w:before="100" w:after="60" w:line="252" w:lineRule="auto"/>
        <w:jc w:val="center"/>
        <w:rPr>
          <w:lang w:val="hr-HR"/>
        </w:rPr>
      </w:pPr>
      <w:r w:rsidRPr="00106F48">
        <w:rPr>
          <w:lang w:val="hr-HR"/>
        </w:rPr>
        <w:t xml:space="preserve">Članak 1. </w:t>
      </w:r>
    </w:p>
    <w:p w14:paraId="0F3574F5" w14:textId="77777777" w:rsidR="00106F48" w:rsidRPr="00106F48" w:rsidRDefault="00106F48" w:rsidP="00106F48">
      <w:pPr>
        <w:keepLines/>
        <w:widowControl w:val="0"/>
        <w:spacing w:after="45" w:line="252" w:lineRule="auto"/>
        <w:jc w:val="both"/>
        <w:rPr>
          <w:lang w:val="hr-HR"/>
        </w:rPr>
      </w:pPr>
      <w:r w:rsidRPr="00106F48">
        <w:rPr>
          <w:lang w:val="hr-HR"/>
        </w:rPr>
        <w:t>(1) Ovom Uredbom se, zbog poremećaja na domaćem tržištu energije i radi osiguranja njegove stabilnosti, uređuju posebne mjere za trgovinu električnom energijom, način i uvjeti formiranja cijena za određene kategorije kupaca električne energije, subvencioniranje dijela krajnje cijene toplinske energije za sve krajnje kupce osim</w:t>
      </w:r>
      <w:r w:rsidRPr="00106F48">
        <w:t xml:space="preserve"> za k</w:t>
      </w:r>
      <w:r w:rsidRPr="00106F48">
        <w:rPr>
          <w:lang w:val="hr-HR"/>
        </w:rPr>
        <w:t>rajnje kupce koji koriste toplinsku energiju pretežito za poslovnu upotrebu , nadzor nad primjenom cijena određenih ovom Uredbom te posebni uvjeti obavljanja energetskih djelatnosti.</w:t>
      </w:r>
    </w:p>
    <w:p w14:paraId="10D4A257" w14:textId="77777777" w:rsidR="00106F48" w:rsidRPr="00106F48" w:rsidRDefault="00106F48" w:rsidP="00106F48">
      <w:pPr>
        <w:keepLines/>
        <w:widowControl w:val="0"/>
        <w:spacing w:after="45" w:line="252" w:lineRule="auto"/>
        <w:jc w:val="both"/>
        <w:rPr>
          <w:lang w:val="hr-HR"/>
        </w:rPr>
      </w:pPr>
      <w:r w:rsidRPr="00106F48">
        <w:rPr>
          <w:lang w:val="hr-HR"/>
        </w:rPr>
        <w:t xml:space="preserve">(2) Ovom Uredbom se, zbog poremećaja na domaćem tržištu energije i radi osiguranja njegove stabilnosti, uređuju posebne mjere za trgovinu plinom, način i uvjeti formiranja cijena plina te osiguravanje uvjeta za sigurnost opskrbe plinom za određene kategorije kupaca plina kao i posebni uvjeti obavljanja energetskih djelatnosti plinom. </w:t>
      </w:r>
    </w:p>
    <w:p w14:paraId="48649415" w14:textId="77777777" w:rsidR="00106F48" w:rsidRPr="00106F48" w:rsidRDefault="00106F48" w:rsidP="00106F48">
      <w:pPr>
        <w:keepLines/>
        <w:widowControl w:val="0"/>
        <w:spacing w:after="45" w:line="252" w:lineRule="auto"/>
        <w:jc w:val="both"/>
        <w:rPr>
          <w:lang w:val="hr-HR"/>
        </w:rPr>
      </w:pPr>
      <w:r w:rsidRPr="00106F48">
        <w:rPr>
          <w:lang w:val="hr-HR"/>
        </w:rPr>
        <w:t>(3) Posebne mjere iz ovoga članka privremene su i primjenjuju se za razdoblje od 1. listopada 2026. do 31. ožujka 2027.</w:t>
      </w:r>
    </w:p>
    <w:p w14:paraId="5591D779" w14:textId="77777777" w:rsidR="00106F48" w:rsidRPr="00106F48" w:rsidRDefault="00106F48" w:rsidP="00106F48">
      <w:pPr>
        <w:keepLines/>
        <w:widowControl w:val="0"/>
        <w:spacing w:after="45" w:line="252" w:lineRule="auto"/>
        <w:jc w:val="both"/>
        <w:rPr>
          <w:lang w:val="hr-HR"/>
        </w:rPr>
      </w:pPr>
    </w:p>
    <w:p w14:paraId="570421BC" w14:textId="77777777" w:rsidR="00106F48" w:rsidRPr="00106F48" w:rsidRDefault="00106F48" w:rsidP="00106F48">
      <w:pPr>
        <w:keepNext/>
        <w:keepLines/>
        <w:widowControl w:val="0"/>
        <w:spacing w:before="120" w:after="80" w:line="252" w:lineRule="auto"/>
        <w:jc w:val="center"/>
        <w:rPr>
          <w:lang w:val="hr-HR"/>
        </w:rPr>
      </w:pPr>
      <w:r w:rsidRPr="00106F48">
        <w:rPr>
          <w:lang w:val="hr-HR"/>
        </w:rPr>
        <w:t xml:space="preserve">ELEKTRIČNA ENERGIJA </w:t>
      </w:r>
    </w:p>
    <w:p w14:paraId="548F0EE6" w14:textId="77777777" w:rsidR="00106F48" w:rsidRPr="00106F48" w:rsidRDefault="00106F48" w:rsidP="00106F48">
      <w:pPr>
        <w:keepNext/>
        <w:keepLines/>
        <w:widowControl w:val="0"/>
        <w:spacing w:before="100" w:after="60" w:line="252" w:lineRule="auto"/>
        <w:jc w:val="center"/>
        <w:rPr>
          <w:lang w:val="hr-HR"/>
        </w:rPr>
      </w:pPr>
      <w:r w:rsidRPr="00106F48">
        <w:rPr>
          <w:lang w:val="hr-HR"/>
        </w:rPr>
        <w:t>Članak 2.</w:t>
      </w:r>
    </w:p>
    <w:p w14:paraId="0F3B7316" w14:textId="77777777" w:rsidR="00106F48" w:rsidRPr="00106F48" w:rsidRDefault="00106F48" w:rsidP="00106F48">
      <w:pPr>
        <w:keepLines/>
        <w:widowControl w:val="0"/>
        <w:shd w:val="clear" w:color="auto" w:fill="FFFFFF" w:themeFill="background1"/>
        <w:spacing w:after="45" w:line="252" w:lineRule="auto"/>
        <w:jc w:val="both"/>
        <w:rPr>
          <w:lang w:val="hr-HR"/>
        </w:rPr>
      </w:pPr>
      <w:r w:rsidRPr="00106F48">
        <w:rPr>
          <w:lang w:val="hr-HR"/>
        </w:rPr>
        <w:t>(1) Ovom Uredbom za razdoblje od 1. listopada 2026. do 31. ožujka 2027. određuje se cijena radne energije u iznosu od 0,091324 EUR/kWh za kupce iz kategorije kućanstvo sukladno propisu kojim se regulira tržište električne energije po jedinstvenoj tarifi, odnosno za kupce s višom i nižom tarifom u iznosu od 0,097189 EUR/kWh u višoj tarifi (VT) i iznosu od 0,047688 EUR/kWh u nižoj tarifi (NT), do visine 3.000 kWh ukupne šestomjesečne potrošnje električne energije.</w:t>
      </w:r>
    </w:p>
    <w:p w14:paraId="76BACB2F" w14:textId="77777777" w:rsidR="00106F48" w:rsidRPr="00106F48" w:rsidRDefault="00106F48" w:rsidP="00106F48">
      <w:pPr>
        <w:keepLines/>
        <w:widowControl w:val="0"/>
        <w:tabs>
          <w:tab w:val="left" w:pos="284"/>
        </w:tabs>
        <w:spacing w:after="45" w:line="252" w:lineRule="auto"/>
        <w:jc w:val="both"/>
        <w:rPr>
          <w:lang w:val="hr-HR"/>
        </w:rPr>
      </w:pPr>
      <w:r w:rsidRPr="00106F48">
        <w:rPr>
          <w:lang w:val="hr-HR"/>
        </w:rPr>
        <w:t>(2) Ovom Uredbom za razdoblje od 1. listopada 2026. do 31. ožujka 2027. određuje se cijena radne energije u iznosu od 0,091324 EUR/kWh za kupce koji nisu navedeni u stavcima 1. i 3. ovoga članka po jedinstvenoj tarifi, odnosno za kupce koji nisu navedeni u stavcima 1. i 3. ovoga članka, a koji imaju višu i nižu tarifu do visine 250.000 kWh ukupne šestomjesečne potrošnje električne energije u iznosu od 0,097189 EUR/kWh u višoj tarifi (VT) i iznosu od 0,047688 EUR/kWh u nižoj tarifi (NT), a za razliku potrošene električne energije iznad 250.000 kWh šestomjesečne potrošnje primjenjuje se ugovorena cijena s opskrbljivačem električne energije.</w:t>
      </w:r>
    </w:p>
    <w:p w14:paraId="7711D31D" w14:textId="77777777" w:rsidR="00106F48" w:rsidRPr="00106F48" w:rsidRDefault="00106F48" w:rsidP="00106F48">
      <w:pPr>
        <w:keepLines/>
        <w:widowControl w:val="0"/>
        <w:spacing w:after="45" w:line="252" w:lineRule="auto"/>
        <w:jc w:val="both"/>
        <w:rPr>
          <w:lang w:val="hr-HR"/>
        </w:rPr>
      </w:pPr>
      <w:r w:rsidRPr="00106F48">
        <w:rPr>
          <w:lang w:val="hr-HR"/>
        </w:rPr>
        <w:t>(3) Ovom Uredbom za razdoblje od 1. listopada 2026. do 31. ožujka 2027. određuje se cijena radne energije u iznosu od 0,091324 EUR/kWh za kupce po jedinstvenoj tarifi, odnosno za kupce s višom i nižom tarifom u iznosu od 0,097189 EUR/kWh u višoj tarifi (VT) i iznosu od 0,047688 EUR/kWh u nižoj tarifi (NT) sukladno propisu kojim se regulira tržište električne energije za sljedeće kupce, bez obzira na njihovu ukupnu šestomjesečnu potrošnju električne energije:</w:t>
      </w:r>
    </w:p>
    <w:p w14:paraId="01DD0849" w14:textId="77777777" w:rsidR="00106F48" w:rsidRPr="00106F48" w:rsidRDefault="00106F48" w:rsidP="00106F48">
      <w:pPr>
        <w:pStyle w:val="ListParagraph"/>
        <w:keepLines/>
        <w:widowControl w:val="0"/>
        <w:numPr>
          <w:ilvl w:val="0"/>
          <w:numId w:val="11"/>
        </w:numPr>
        <w:tabs>
          <w:tab w:val="left" w:pos="426"/>
        </w:tabs>
        <w:spacing w:after="45" w:line="252" w:lineRule="auto"/>
        <w:ind w:left="0" w:firstLine="0"/>
        <w:jc w:val="both"/>
        <w:rPr>
          <w:lang w:val="hr-HR"/>
        </w:rPr>
      </w:pPr>
      <w:r w:rsidRPr="00106F48">
        <w:rPr>
          <w:lang w:val="hr-HR"/>
        </w:rPr>
        <w:t xml:space="preserve">ustanove, udruge i zadruge – sukladno Zakonu o ustanovama (»Narodne novine«, br. 76/93., 29/97., 47/99., 35/08., 127/19. i 151/22.), Zakonu o udrugama (»Narodne novine«, br. 74/14., 70/17., 98/19. i 151/22.), Zakonu o zadrugama (»Narodne novine«, br. 34/11., 125/13., 76/14., 114/18. i 98/19.), Zakonu o Hrvatskom Crvenom križu (»Narodne novine«, br. 71/10. i 136/20.), uključujući župne urede, vjerske domove, pučke kuhinje, dobrotvorna vjerska društva koja skrbe za materijalne potrebe vjernika i pružaju socijalne usluge građanima u potrebi, te druge pravne i fizičke osobe koje pružaju socijalne usluge građanima u potrebi sukladno Zakonu o socijalnoj skrbi (»Narodne novine«, br. 18/22., 46/22., 119/22., 71/23., 156/23. i 61/25.), sportske udruge, trgovačka društva registrirana za obavljanje sportske djelatnosti, ustanove te školska sportska društva upisana u registre sportskih djelatnosti koje vodi nadležno upravno tijelo županije, odnosno Grada Zagreba prema sjedištu pravne, odnosno prebivalištu fizičke osobe, u čijem je djelokrugu obavljanje povjerenih poslova državne uprave koji se odnose na sportske djelatnosti sukladno Zakonu o sportu (»Narodne novine«, broj 141/22.), braniteljske socijalne-radne zadruge koje su upisane u evidenciju o braniteljskim socijalno-radnim zadrugama i njihovim upraviteljima, koju vodi tijelo nadležno za hrvatske branitelje, te ustanove čiji je osnivač Republika Hrvatska, a osnivačka prava obavlja Ministarstvo hrvatskih branitelja, samostalne umjetnike i umjetničke organizacije sukladno Zakonu o pravima samostalnih umjetnika i poticanju kulturnog i umjetničkog stvaralaštva (»Narodne novine«, br. 43/96., 44/96., 127/00. i 177/04.) te registru koji se vodi pri Ministarstvu kulture i medija kao i integrativne i zaštitne radionice te osobe s invaliditetom koje se samozapošljavaju sukladno Zakonu o profesionalnoj rehabilitaciji i zapošljavanju osoba s invaliditetom (»Narodne novine«, br. 157/13., 152/14., 39/18. i 32/20.) </w:t>
      </w:r>
    </w:p>
    <w:p w14:paraId="179378AB" w14:textId="77777777" w:rsidR="00106F48" w:rsidRPr="00106F48" w:rsidRDefault="00106F48" w:rsidP="00106F48">
      <w:pPr>
        <w:pStyle w:val="ListParagraph"/>
        <w:keepLines/>
        <w:widowControl w:val="0"/>
        <w:numPr>
          <w:ilvl w:val="0"/>
          <w:numId w:val="11"/>
        </w:numPr>
        <w:tabs>
          <w:tab w:val="left" w:pos="426"/>
        </w:tabs>
        <w:spacing w:after="45" w:line="252" w:lineRule="auto"/>
        <w:ind w:left="0" w:firstLine="0"/>
        <w:jc w:val="both"/>
        <w:rPr>
          <w:lang w:val="hr-HR"/>
        </w:rPr>
      </w:pPr>
      <w:r w:rsidRPr="00106F48">
        <w:rPr>
          <w:lang w:val="hr-HR"/>
        </w:rPr>
        <w:t xml:space="preserve">općine, gradove i županije sukladno Zakonu o lokalnoj i područnoj (regionalnoj) samoupravi (»Narodne novine«, br. 33/01., 60/01., 129/05., 109/07., 125/08., 36/09., 150/11., 144/12., 19/13., 137/15., 123/17., 98/19. i 144/20.) i Zakonu o Gradu Zagrebu (»Narodne novine«, br. 62/01., 125/08., 36/09., 119/14., 98/19. i 144/20.) i pravne osobe kojima je osnivač jedinica lokalne ili područne (regionalne) samouprave </w:t>
      </w:r>
    </w:p>
    <w:p w14:paraId="0F88E8AE" w14:textId="77777777" w:rsidR="00106F48" w:rsidRPr="00106F48" w:rsidRDefault="00106F48" w:rsidP="00106F48">
      <w:pPr>
        <w:pStyle w:val="ListParagraph"/>
        <w:keepLines/>
        <w:widowControl w:val="0"/>
        <w:numPr>
          <w:ilvl w:val="0"/>
          <w:numId w:val="11"/>
        </w:numPr>
        <w:tabs>
          <w:tab w:val="left" w:pos="426"/>
        </w:tabs>
        <w:spacing w:after="45" w:line="252" w:lineRule="auto"/>
        <w:ind w:left="0" w:firstLine="0"/>
        <w:jc w:val="both"/>
        <w:rPr>
          <w:lang w:val="hr-HR"/>
        </w:rPr>
      </w:pPr>
      <w:r w:rsidRPr="00106F48">
        <w:rPr>
          <w:lang w:val="hr-HR"/>
        </w:rPr>
        <w:t xml:space="preserve">pružatelje vodnih usluga sukladno Zakonu o vodnim uslugama (»Narodne novine«, broj 66/19.) </w:t>
      </w:r>
    </w:p>
    <w:p w14:paraId="12531A4E" w14:textId="77777777" w:rsidR="00106F48" w:rsidRPr="00106F48" w:rsidRDefault="00106F48" w:rsidP="00106F48">
      <w:pPr>
        <w:pStyle w:val="ListParagraph"/>
        <w:keepLines/>
        <w:widowControl w:val="0"/>
        <w:numPr>
          <w:ilvl w:val="0"/>
          <w:numId w:val="11"/>
        </w:numPr>
        <w:tabs>
          <w:tab w:val="left" w:pos="426"/>
        </w:tabs>
        <w:spacing w:after="45" w:line="252" w:lineRule="auto"/>
        <w:ind w:left="0" w:firstLine="0"/>
        <w:jc w:val="both"/>
        <w:rPr>
          <w:lang w:val="hr-HR"/>
        </w:rPr>
      </w:pPr>
      <w:r w:rsidRPr="00106F48">
        <w:rPr>
          <w:lang w:val="hr-HR"/>
        </w:rPr>
        <w:t xml:space="preserve">operatora prijenosnog i distribucijskog sustava električne energije, ali isključivo za potrebe pokrivanja gubitaka električne energije </w:t>
      </w:r>
    </w:p>
    <w:p w14:paraId="1924D391" w14:textId="77777777" w:rsidR="00106F48" w:rsidRPr="00106F48" w:rsidRDefault="00106F48" w:rsidP="00106F48">
      <w:pPr>
        <w:pStyle w:val="ListParagraph"/>
        <w:keepLines/>
        <w:widowControl w:val="0"/>
        <w:numPr>
          <w:ilvl w:val="0"/>
          <w:numId w:val="11"/>
        </w:numPr>
        <w:tabs>
          <w:tab w:val="left" w:pos="426"/>
        </w:tabs>
        <w:spacing w:after="45" w:line="252" w:lineRule="auto"/>
        <w:ind w:left="0" w:firstLine="0"/>
        <w:jc w:val="both"/>
        <w:rPr>
          <w:lang w:val="hr-HR"/>
        </w:rPr>
      </w:pPr>
      <w:r w:rsidRPr="00106F48">
        <w:rPr>
          <w:lang w:val="hr-HR"/>
        </w:rPr>
        <w:t xml:space="preserve">vjerske zajednice sukladno Zakonu o pravnom položaju vjerskih zajednica (»Narodne novine«, br. 83/02. i 73/13.) </w:t>
      </w:r>
    </w:p>
    <w:p w14:paraId="34D5221D" w14:textId="77777777" w:rsidR="00106F48" w:rsidRPr="00106F48" w:rsidRDefault="00106F48" w:rsidP="00106F48">
      <w:pPr>
        <w:pStyle w:val="ListParagraph"/>
        <w:keepLines/>
        <w:widowControl w:val="0"/>
        <w:numPr>
          <w:ilvl w:val="0"/>
          <w:numId w:val="11"/>
        </w:numPr>
        <w:tabs>
          <w:tab w:val="left" w:pos="426"/>
        </w:tabs>
        <w:spacing w:after="45" w:line="252" w:lineRule="auto"/>
        <w:ind w:left="0" w:firstLine="0"/>
        <w:jc w:val="both"/>
        <w:rPr>
          <w:lang w:val="hr-HR"/>
        </w:rPr>
      </w:pPr>
      <w:r w:rsidRPr="00106F48">
        <w:rPr>
          <w:lang w:val="hr-HR"/>
        </w:rPr>
        <w:t xml:space="preserve">turističke zajednice sukladno Zakonu o turističkim zajednicama i promicanju hrvatskog turizma (»Narodne novine«, br. 52/19. i 42/20.) </w:t>
      </w:r>
    </w:p>
    <w:p w14:paraId="6F8A9477" w14:textId="77777777" w:rsidR="00106F48" w:rsidRPr="00106F48" w:rsidRDefault="00106F48" w:rsidP="00106F48">
      <w:pPr>
        <w:pStyle w:val="ListParagraph"/>
        <w:keepLines/>
        <w:widowControl w:val="0"/>
        <w:numPr>
          <w:ilvl w:val="0"/>
          <w:numId w:val="11"/>
        </w:numPr>
        <w:tabs>
          <w:tab w:val="left" w:pos="426"/>
        </w:tabs>
        <w:spacing w:after="45" w:line="252" w:lineRule="auto"/>
        <w:ind w:left="0" w:firstLine="0"/>
        <w:jc w:val="both"/>
        <w:rPr>
          <w:lang w:val="hr-HR"/>
        </w:rPr>
      </w:pPr>
      <w:r w:rsidRPr="00106F48">
        <w:rPr>
          <w:lang w:val="hr-HR"/>
        </w:rPr>
        <w:t xml:space="preserve">kaznionice, zatvore i odgojne zavode sukladno Zakonu o izvršavanju kazne zatvora (»Narodne novine«, br. 14/21. i 155/23.) </w:t>
      </w:r>
    </w:p>
    <w:p w14:paraId="326E8295" w14:textId="77777777" w:rsidR="00106F48" w:rsidRPr="00106F48" w:rsidRDefault="00106F48" w:rsidP="00106F48">
      <w:pPr>
        <w:pStyle w:val="ListParagraph"/>
        <w:keepLines/>
        <w:widowControl w:val="0"/>
        <w:numPr>
          <w:ilvl w:val="0"/>
          <w:numId w:val="11"/>
        </w:numPr>
        <w:tabs>
          <w:tab w:val="left" w:pos="426"/>
        </w:tabs>
        <w:spacing w:after="45" w:line="252" w:lineRule="auto"/>
        <w:ind w:left="0" w:firstLine="0"/>
        <w:jc w:val="both"/>
        <w:rPr>
          <w:lang w:val="hr-HR"/>
        </w:rPr>
      </w:pPr>
      <w:r w:rsidRPr="00106F48">
        <w:rPr>
          <w:lang w:val="hr-HR"/>
        </w:rPr>
        <w:t xml:space="preserve">ustanove predškolskog i školskog obrazovanja, visoka učilišta i njihove sastavnice, ustanove čiji su osnivači visoka učilišta te javne znanstvene institute sukladno Zakonu o predškolskom odgoju i obrazovanju (»Narodne novine«, br. 10/97., 107/07., 94/13., 98/19., 57/22., 101/23., 145/23., 145/24., 146/25. i 22/26.), Zakonu o odgoju i obrazovanju u osnovnoj i srednjoj školi (»Narodne novine«, br. 87/08., 86/09., 92/10., 105/10., 90/11., 5/12., 16/12., 86/12., 126/12., 94/13., 152/14., 7/17., 68/18., 98/19., 64/20., 151/22., 155/23. i 156/23.) i Zakonu o visokom obrazovanju i znanstvenoj djelatnosti (»Narodne novine«, broj 119/22.) </w:t>
      </w:r>
    </w:p>
    <w:p w14:paraId="54945097" w14:textId="77777777" w:rsidR="00106F48" w:rsidRPr="00106F48" w:rsidRDefault="00106F48" w:rsidP="00106F48">
      <w:pPr>
        <w:pStyle w:val="ListParagraph"/>
        <w:keepLines/>
        <w:widowControl w:val="0"/>
        <w:numPr>
          <w:ilvl w:val="0"/>
          <w:numId w:val="11"/>
        </w:numPr>
        <w:tabs>
          <w:tab w:val="left" w:pos="426"/>
        </w:tabs>
        <w:spacing w:after="45" w:line="252" w:lineRule="auto"/>
        <w:ind w:left="0" w:firstLine="0"/>
        <w:jc w:val="both"/>
        <w:rPr>
          <w:lang w:val="hr-HR"/>
        </w:rPr>
      </w:pPr>
      <w:r w:rsidRPr="00106F48">
        <w:rPr>
          <w:lang w:val="hr-HR"/>
        </w:rPr>
        <w:t xml:space="preserve">zdravstvene ustanove, trgovačka društva koja obavljaju zdravstvenu djelatnost i privatne prakse za obavljanje zdravstvene djelatnosti sukladno Zakonu o zdravstvenoj zaštiti (»Narodne novine«, br. 100/18., 125/19., 147/20., 119/22., 156/22., 33/23., 36/24. i 102/25.) i Zakonu o ustanovama (»Narodne novine«, br. 76/93., 29/97., 47/99., 35/08., 127/19. i 151/22.) </w:t>
      </w:r>
    </w:p>
    <w:p w14:paraId="58E48F1D" w14:textId="77777777" w:rsidR="00106F48" w:rsidRPr="00106F48" w:rsidRDefault="00106F48" w:rsidP="00106F48">
      <w:pPr>
        <w:pStyle w:val="ListParagraph"/>
        <w:keepLines/>
        <w:widowControl w:val="0"/>
        <w:numPr>
          <w:ilvl w:val="0"/>
          <w:numId w:val="11"/>
        </w:numPr>
        <w:tabs>
          <w:tab w:val="left" w:pos="426"/>
        </w:tabs>
        <w:spacing w:after="45" w:line="252" w:lineRule="auto"/>
        <w:ind w:left="0" w:firstLine="0"/>
        <w:jc w:val="both"/>
        <w:rPr>
          <w:lang w:val="hr-HR"/>
        </w:rPr>
      </w:pPr>
      <w:r w:rsidRPr="00106F48">
        <w:rPr>
          <w:lang w:val="hr-HR"/>
        </w:rPr>
        <w:t xml:space="preserve">davatelje poštanskih usluga sukladno Zakonu o poštanskim uslugama (»Narodne novine«, br. 144/12., 153/13., 78/15. i 110/19.) </w:t>
      </w:r>
    </w:p>
    <w:p w14:paraId="535338B4" w14:textId="77777777" w:rsidR="00106F48" w:rsidRPr="00106F48" w:rsidRDefault="00106F48" w:rsidP="00106F48">
      <w:pPr>
        <w:pStyle w:val="ListParagraph"/>
        <w:keepLines/>
        <w:widowControl w:val="0"/>
        <w:numPr>
          <w:ilvl w:val="0"/>
          <w:numId w:val="11"/>
        </w:numPr>
        <w:tabs>
          <w:tab w:val="left" w:pos="426"/>
        </w:tabs>
        <w:spacing w:after="45" w:line="252" w:lineRule="auto"/>
        <w:ind w:left="0" w:firstLine="0"/>
        <w:jc w:val="both"/>
        <w:rPr>
          <w:lang w:val="hr-HR"/>
        </w:rPr>
      </w:pPr>
      <w:r w:rsidRPr="00106F48">
        <w:rPr>
          <w:lang w:val="hr-HR"/>
        </w:rPr>
        <w:t xml:space="preserve">Hrvatsku radioteleviziju i Hrvatsku izvještajnu novinsku agenciju sukladno Zakonu o Hrvatskoj radioteleviziji (»Narodne novine«, br. 137/10., 76/12., 78/16., 46/17., 73/17., 94/18., 114/22., 20/23. i 18/24.) i Zakonu o Hrvatskoj izvještajnoj novinskoj agenciji (»Narodne novine«, broj 96/01.) </w:t>
      </w:r>
    </w:p>
    <w:p w14:paraId="3AB3442E" w14:textId="77777777" w:rsidR="00106F48" w:rsidRPr="00106F48" w:rsidRDefault="00106F48" w:rsidP="00106F48">
      <w:pPr>
        <w:pStyle w:val="ListParagraph"/>
        <w:keepLines/>
        <w:widowControl w:val="0"/>
        <w:numPr>
          <w:ilvl w:val="0"/>
          <w:numId w:val="11"/>
        </w:numPr>
        <w:tabs>
          <w:tab w:val="left" w:pos="426"/>
        </w:tabs>
        <w:spacing w:after="45" w:line="252" w:lineRule="auto"/>
        <w:ind w:left="0" w:firstLine="0"/>
        <w:jc w:val="both"/>
        <w:rPr>
          <w:lang w:val="hr-HR"/>
        </w:rPr>
      </w:pPr>
      <w:r w:rsidRPr="00106F48">
        <w:rPr>
          <w:lang w:val="hr-HR"/>
        </w:rPr>
        <w:t xml:space="preserve">subjekte koji obavljaju komunalne djelatnosti sukladno Zakonu o komunalnom gospodarstvu (»Narodne novine«, br. 68/18., 110/18. – Odluka Ustavnog suda Republike Hrvatske, 32/20. i 145/24.), uključujući javni električni prijevoz </w:t>
      </w:r>
    </w:p>
    <w:p w14:paraId="0A4B7D0B" w14:textId="77777777" w:rsidR="00106F48" w:rsidRPr="00106F48" w:rsidRDefault="00106F48" w:rsidP="00106F48">
      <w:pPr>
        <w:pStyle w:val="ListParagraph"/>
        <w:keepLines/>
        <w:widowControl w:val="0"/>
        <w:numPr>
          <w:ilvl w:val="0"/>
          <w:numId w:val="11"/>
        </w:numPr>
        <w:tabs>
          <w:tab w:val="left" w:pos="426"/>
        </w:tabs>
        <w:spacing w:after="45" w:line="252" w:lineRule="auto"/>
        <w:ind w:left="0" w:firstLine="0"/>
        <w:jc w:val="both"/>
        <w:rPr>
          <w:lang w:val="hr-HR"/>
        </w:rPr>
      </w:pPr>
      <w:r w:rsidRPr="00106F48">
        <w:rPr>
          <w:lang w:val="hr-HR"/>
        </w:rPr>
        <w:t xml:space="preserve">komore i druga strukovna, gospodarska i profesionalna udruženja, uključujući sindikate </w:t>
      </w:r>
    </w:p>
    <w:p w14:paraId="0D08CACB" w14:textId="77777777" w:rsidR="00106F48" w:rsidRPr="00106F48" w:rsidRDefault="00106F48" w:rsidP="00106F48">
      <w:pPr>
        <w:pStyle w:val="ListParagraph"/>
        <w:keepLines/>
        <w:widowControl w:val="0"/>
        <w:numPr>
          <w:ilvl w:val="0"/>
          <w:numId w:val="11"/>
        </w:numPr>
        <w:tabs>
          <w:tab w:val="left" w:pos="426"/>
        </w:tabs>
        <w:spacing w:after="45" w:line="252" w:lineRule="auto"/>
        <w:ind w:left="0" w:firstLine="0"/>
        <w:jc w:val="both"/>
        <w:rPr>
          <w:lang w:val="hr-HR"/>
        </w:rPr>
      </w:pPr>
      <w:r w:rsidRPr="00106F48">
        <w:rPr>
          <w:lang w:val="hr-HR"/>
        </w:rPr>
        <w:t xml:space="preserve">vatrogasne postrojbe i vatrogasne organizacije sukladno Zakonu o vatrogastvu (»Narodne novine«, br. 125/19., 114/22. i 155/23.) </w:t>
      </w:r>
    </w:p>
    <w:p w14:paraId="25587F47" w14:textId="77777777" w:rsidR="00106F48" w:rsidRPr="00106F48" w:rsidRDefault="00106F48" w:rsidP="00106F48">
      <w:pPr>
        <w:pStyle w:val="ListParagraph"/>
        <w:keepLines/>
        <w:widowControl w:val="0"/>
        <w:numPr>
          <w:ilvl w:val="0"/>
          <w:numId w:val="11"/>
        </w:numPr>
        <w:tabs>
          <w:tab w:val="left" w:pos="426"/>
        </w:tabs>
        <w:spacing w:after="45" w:line="252" w:lineRule="auto"/>
        <w:ind w:left="0" w:firstLine="0"/>
        <w:jc w:val="both"/>
        <w:rPr>
          <w:lang w:val="hr-HR"/>
        </w:rPr>
      </w:pPr>
      <w:r w:rsidRPr="00106F48">
        <w:rPr>
          <w:lang w:val="hr-HR"/>
        </w:rPr>
        <w:t xml:space="preserve">javne ustanove za upravljanje nacionalnim parkom i parkom prirode te javne ustanove za upravljanje ostalim zaštićenim područjima sukladno Zakonu o zaštiti prirode (»Narodne novine«, br. 80/13., 15/18., 14/19., 127/19. i 155/23.) </w:t>
      </w:r>
    </w:p>
    <w:p w14:paraId="4F177CBE" w14:textId="77777777" w:rsidR="00106F48" w:rsidRPr="00106F48" w:rsidRDefault="00106F48" w:rsidP="00106F48">
      <w:pPr>
        <w:pStyle w:val="ListParagraph"/>
        <w:keepLines/>
        <w:widowControl w:val="0"/>
        <w:numPr>
          <w:ilvl w:val="0"/>
          <w:numId w:val="11"/>
        </w:numPr>
        <w:tabs>
          <w:tab w:val="left" w:pos="426"/>
        </w:tabs>
        <w:spacing w:after="45" w:line="252" w:lineRule="auto"/>
        <w:ind w:left="0" w:firstLine="0"/>
        <w:jc w:val="both"/>
        <w:rPr>
          <w:lang w:val="hr-HR"/>
        </w:rPr>
      </w:pPr>
      <w:r w:rsidRPr="00106F48">
        <w:rPr>
          <w:lang w:val="hr-HR"/>
        </w:rPr>
        <w:t xml:space="preserve">vijeće nacionalne manjine i koordinaciju vijeća nacionalnih manjina upisane u Registar vijeća, koordinacija vijeća i predstavnika nacionalnih manjina sukladno odredbama Zakona o Registru vijeća, koordinacija vijeća i predstavnika nacionalnih manjina (»Narodne novine«, br. 80/11., 34/12. i 98/19.) </w:t>
      </w:r>
    </w:p>
    <w:p w14:paraId="53195678" w14:textId="77777777" w:rsidR="00106F48" w:rsidRPr="00106F48" w:rsidRDefault="00106F48" w:rsidP="00106F48">
      <w:pPr>
        <w:pStyle w:val="ListParagraph"/>
        <w:keepLines/>
        <w:widowControl w:val="0"/>
        <w:numPr>
          <w:ilvl w:val="0"/>
          <w:numId w:val="11"/>
        </w:numPr>
        <w:tabs>
          <w:tab w:val="left" w:pos="426"/>
        </w:tabs>
        <w:spacing w:after="45" w:line="252" w:lineRule="auto"/>
        <w:ind w:left="0" w:firstLine="0"/>
        <w:jc w:val="both"/>
        <w:rPr>
          <w:lang w:val="hr-HR"/>
        </w:rPr>
      </w:pPr>
      <w:r w:rsidRPr="00106F48">
        <w:rPr>
          <w:lang w:val="hr-HR"/>
        </w:rPr>
        <w:t xml:space="preserve">tijela državne uprave, druga državna tijela (Hrvatski sabor, Predsjednik Republike Hrvatske, Vlada Republike Hrvatske, Ustavni sud Republike Hrvatske, državno odvjetništvo, pučki pravobranitelj, sudovi, agencije, zavodi, fondovi), pravne osobe s javnim ovlastima te neprofitne organizacije kako su definirane zakonom kojim se uređuje proračun. </w:t>
      </w:r>
    </w:p>
    <w:p w14:paraId="0E172472" w14:textId="77777777" w:rsidR="00106F48" w:rsidRPr="00106F48" w:rsidRDefault="00106F48" w:rsidP="00106F48">
      <w:pPr>
        <w:keepLines/>
        <w:widowControl w:val="0"/>
        <w:spacing w:after="45" w:line="252" w:lineRule="auto"/>
        <w:jc w:val="both"/>
        <w:rPr>
          <w:lang w:val="hr-HR"/>
        </w:rPr>
      </w:pPr>
      <w:r w:rsidRPr="00106F48">
        <w:rPr>
          <w:lang w:val="hr-HR"/>
        </w:rPr>
        <w:t xml:space="preserve">(4) Za kupce iz kategorije kućanstvo cijena se obračunava pojedinačno za svako obračunsko mjerno mjesto, a za kupce iz stavaka 2. i 3. ovoga članka cijena se obračunava prema osobnom identifikacijskom broju (OIB) kupca. </w:t>
      </w:r>
    </w:p>
    <w:p w14:paraId="28DDDDA4" w14:textId="77777777" w:rsidR="00106F48" w:rsidRPr="00106F48" w:rsidRDefault="00106F48" w:rsidP="00106F48">
      <w:pPr>
        <w:keepLines/>
        <w:widowControl w:val="0"/>
        <w:spacing w:after="45" w:line="252" w:lineRule="auto"/>
        <w:jc w:val="both"/>
        <w:rPr>
          <w:lang w:val="hr-HR"/>
        </w:rPr>
      </w:pPr>
      <w:r w:rsidRPr="00106F48">
        <w:rPr>
          <w:lang w:val="hr-HR"/>
        </w:rPr>
        <w:t xml:space="preserve">(5) Ako kupci iz stavka 1. ovoga članka prelaze visinu šestomjesečne potrošnje iz stavka 1. ovoga članka, za razliku potrošnje energije plaća se iznos uvećan za 35 % iznosa iz stavka 1. ovoga članka. </w:t>
      </w:r>
    </w:p>
    <w:p w14:paraId="628CA734" w14:textId="77777777" w:rsidR="00106F48" w:rsidRPr="00106F48" w:rsidRDefault="00106F48" w:rsidP="00106F48">
      <w:pPr>
        <w:keepLines/>
        <w:widowControl w:val="0"/>
        <w:spacing w:after="45" w:line="252" w:lineRule="auto"/>
        <w:jc w:val="both"/>
        <w:rPr>
          <w:lang w:val="hr-HR"/>
        </w:rPr>
      </w:pPr>
      <w:r w:rsidRPr="00106F48">
        <w:rPr>
          <w:lang w:val="hr-HR"/>
        </w:rPr>
        <w:t xml:space="preserve">(6) Za svako pojedinačno obračunsko mjerno mjesto kupca iz kategorije kućanstvo iz stavka 1. ovoga članka za koje u vijeme važenja ove Uredbe ne postoje podaci o potrošnji električne energije, potrošnja električne energije računa se na temelju procjene potrošnje električne energije sukladno Pravilniku o općim uvjetima za korištenje mreže i opskrbu električnom energijom (»Narodne novine«, br. 100/22., 134/24. i 19/25.). </w:t>
      </w:r>
    </w:p>
    <w:p w14:paraId="48F772CC" w14:textId="77777777" w:rsidR="00106F48" w:rsidRPr="00106F48" w:rsidRDefault="00106F48" w:rsidP="00106F48">
      <w:pPr>
        <w:keepLines/>
        <w:widowControl w:val="0"/>
        <w:spacing w:after="45" w:line="252" w:lineRule="auto"/>
        <w:jc w:val="both"/>
        <w:rPr>
          <w:lang w:val="hr-HR"/>
        </w:rPr>
      </w:pPr>
    </w:p>
    <w:p w14:paraId="57FBCE14" w14:textId="77777777" w:rsidR="00106F48" w:rsidRPr="00106F48" w:rsidRDefault="00106F48" w:rsidP="00106F48">
      <w:pPr>
        <w:keepNext/>
        <w:keepLines/>
        <w:widowControl w:val="0"/>
        <w:spacing w:before="100" w:after="60" w:line="252" w:lineRule="auto"/>
        <w:jc w:val="center"/>
        <w:rPr>
          <w:lang w:val="hr-HR"/>
        </w:rPr>
      </w:pPr>
      <w:r w:rsidRPr="00106F48">
        <w:rPr>
          <w:lang w:val="hr-HR"/>
        </w:rPr>
        <w:t>Članak 3.</w:t>
      </w:r>
    </w:p>
    <w:p w14:paraId="721DCA87" w14:textId="77777777" w:rsidR="00106F48" w:rsidRPr="00106F48" w:rsidRDefault="00106F48" w:rsidP="00106F48">
      <w:pPr>
        <w:keepLines/>
        <w:widowControl w:val="0"/>
        <w:spacing w:after="45" w:line="252" w:lineRule="auto"/>
        <w:jc w:val="both"/>
        <w:rPr>
          <w:lang w:val="hr-HR"/>
        </w:rPr>
      </w:pPr>
      <w:r w:rsidRPr="00106F48">
        <w:rPr>
          <w:lang w:val="hr-HR"/>
        </w:rPr>
        <w:t xml:space="preserve">(1) Ako je prije stupanja na snagu ove Uredbe i za vrijeme važenja ove Uredbe, sklopljen ugovor o opskrbi električnom energijom s opskrbljivačem električne energije s kojim je ugovorena cijena niža od one određene člankom 2. ove Uredbe, takav opskrbljivač električne energije ima pravo na naplatu isporučene električne energije isključivo po cijeni iz tako sklopljenog ugovora. </w:t>
      </w:r>
    </w:p>
    <w:p w14:paraId="7BEF8125" w14:textId="77777777" w:rsidR="00106F48" w:rsidRPr="00106F48" w:rsidRDefault="00106F48" w:rsidP="00106F48">
      <w:pPr>
        <w:keepLines/>
        <w:widowControl w:val="0"/>
        <w:spacing w:after="45" w:line="252" w:lineRule="auto"/>
        <w:jc w:val="both"/>
        <w:rPr>
          <w:lang w:val="hr-HR"/>
        </w:rPr>
      </w:pPr>
      <w:r w:rsidRPr="00106F48">
        <w:rPr>
          <w:lang w:val="hr-HR"/>
        </w:rPr>
        <w:t xml:space="preserve">(2) Ako je prije stupanja na snagu ove Uredbe i za vrijeme važenja ove Uredbe, sklopljen ugovor o opskrbi električnom energijom s opskrbljivačem električne energije i ako je ugovorena cijena niža od one određene člankom 2. ove Uredbe, a ugovorom je predviđena mogućnost povećanja cijene, za vrijeme važenja ove Uredbe povećanje cijena je moguće sukladno sklopljenom ugovoru najviše do cijena utvrđenih člankom 2. ove Uredbe. </w:t>
      </w:r>
    </w:p>
    <w:p w14:paraId="2E3A5C0F" w14:textId="77777777" w:rsidR="00106F48" w:rsidRPr="00106F48" w:rsidRDefault="00106F48" w:rsidP="00106F48">
      <w:pPr>
        <w:keepLines/>
        <w:widowControl w:val="0"/>
        <w:spacing w:after="45" w:line="252" w:lineRule="auto"/>
        <w:jc w:val="both"/>
        <w:rPr>
          <w:lang w:val="hr-HR"/>
        </w:rPr>
      </w:pPr>
      <w:r w:rsidRPr="00106F48">
        <w:rPr>
          <w:lang w:val="hr-HR"/>
        </w:rPr>
        <w:t xml:space="preserve">(3) Ako je prije stupanja na snagu ove Uredbe i za vrijeme važenja ove Uredbe, sklopljen ugovor o opskrbi električnom energijom s opskrbljivačem električne energije koji je član HEP grupe i ako je ugovorena cijena viša od one određene člankom 2. ove Uredbe ili ako je ugovorena mogućnost povećanja cijene, za vrijeme važenja ove Uredbe takav opskrbljivač električne energije ima pravo na naplatu isporučene električne energije isključivo po cijeni iz članka 2. ove Uredbe, a tako sklopljeni ugovori nastavljaju se primjenjivati u dijelu koji se odnosi na ugovorenu cijenu po prestanku važenja ove Uredbe. </w:t>
      </w:r>
    </w:p>
    <w:p w14:paraId="0FEA696B" w14:textId="77777777" w:rsidR="00106F48" w:rsidRPr="00106F48" w:rsidRDefault="00106F48" w:rsidP="00106F48">
      <w:pPr>
        <w:keepLines/>
        <w:widowControl w:val="0"/>
        <w:spacing w:after="45" w:line="252" w:lineRule="auto"/>
        <w:jc w:val="both"/>
        <w:rPr>
          <w:lang w:val="hr-HR"/>
        </w:rPr>
      </w:pPr>
      <w:r w:rsidRPr="00106F48">
        <w:rPr>
          <w:lang w:val="hr-HR"/>
        </w:rPr>
        <w:t xml:space="preserve">(4) Ako je prije stupanja na snagu ove Uredbe i za vrijeme važenja ove Uredbe, sklopljen ugovor o opskrbi električnom energijom s opskrbljivačem električne energije koji nije član HEP grupe i ako je ugovorena cijena viša od one određene člankom 2. ove Uredbe ili ako je ugovorena mogućnost povećanja cijene, za vrijeme važenja ove Uredbe takav opskrbljivač električne energije ima pravo na naplatu isporučene električne energije isključivo po cijeni iz članka 2. ove Uredbe, a tako sklopljeni ugovori nastavljaju se primjenjivati u dijelu koji se odnosi na ugovorenu cijenu po prestanku važenja ove Uredbe. </w:t>
      </w:r>
    </w:p>
    <w:p w14:paraId="2EDAE9AA" w14:textId="77777777" w:rsidR="00106F48" w:rsidRPr="00106F48" w:rsidRDefault="00106F48" w:rsidP="00106F48">
      <w:pPr>
        <w:keepLines/>
        <w:widowControl w:val="0"/>
        <w:spacing w:after="45" w:line="252" w:lineRule="auto"/>
        <w:jc w:val="both"/>
        <w:rPr>
          <w:lang w:val="hr-HR"/>
        </w:rPr>
      </w:pPr>
      <w:r w:rsidRPr="00106F48">
        <w:rPr>
          <w:lang w:val="hr-HR"/>
        </w:rPr>
        <w:t xml:space="preserve">(5) Opskrbljivači električnom energijom iz stavaka 3. i 4. ovoga članka dužni su na mjesečnoj razini krajnjim kupcima električne energije ispostavljati račune za isporučenu električnu energiju na način da se iskaže razlika između ugovorene cijene i cijene određene člankom 2. ove Uredbe i za taj iznos umanji račun. </w:t>
      </w:r>
    </w:p>
    <w:p w14:paraId="1F42F6A7" w14:textId="77777777" w:rsidR="00106F48" w:rsidRPr="00106F48" w:rsidRDefault="00106F48" w:rsidP="00106F48">
      <w:pPr>
        <w:keepLines/>
        <w:widowControl w:val="0"/>
        <w:spacing w:after="45" w:line="252" w:lineRule="auto"/>
        <w:jc w:val="both"/>
        <w:rPr>
          <w:lang w:val="hr-HR"/>
        </w:rPr>
      </w:pPr>
      <w:r w:rsidRPr="00106F48">
        <w:rPr>
          <w:lang w:val="hr-HR"/>
        </w:rPr>
        <w:t xml:space="preserve">(6) Po isteku obračunskog mjeseca, opskrbljivači električnom energijom iz stavka 4. ovoga članka dostavljaju Hrvatskoj energetskoj regulatornoj agenciji zahtjev za nadoknadu razlike iz stavka 5. ovoga članka za sve svoje krajnje kupce električne energije, kojem zahtjevu su dužni priložiti obračun, a opskrbljivači električnom energijom iz stavka 3. ovoga članka dostavljaju Hrvatskoj energetskoj regulatornoj agenciji zahtjev za nadoknadu razlike iz stavka 5. ovoga članka za svoje kupce električne energije iz članka 2. stavaka 2. i 3 ove Uredbe. </w:t>
      </w:r>
    </w:p>
    <w:p w14:paraId="66FD1A9D" w14:textId="77777777" w:rsidR="00106F48" w:rsidRPr="00106F48" w:rsidRDefault="00106F48" w:rsidP="00106F48">
      <w:pPr>
        <w:keepLines/>
        <w:widowControl w:val="0"/>
        <w:spacing w:after="45" w:line="252" w:lineRule="auto"/>
        <w:jc w:val="both"/>
        <w:rPr>
          <w:lang w:val="hr-HR"/>
        </w:rPr>
      </w:pPr>
      <w:r w:rsidRPr="00106F48">
        <w:rPr>
          <w:lang w:val="hr-HR"/>
        </w:rPr>
        <w:t>(7) Za izračun i nadoknadu razlike iz stavka 6. ovoga članka opskrbljivačima iz stavaka 3. i 4. ovoga članka, za razdoblje od 1. listopada 2026. do 31. ožujka 2027. priznaje se ugovorena cijena ako je iznos ugovorene cijene jednak ili niži od 160 EUR/MWh, odnosno priznaje se iznos od 160 EUR/MWh ako je iznos ugovorene cijene viši od 160 EUR/MWh.</w:t>
      </w:r>
    </w:p>
    <w:p w14:paraId="16F2F0D9" w14:textId="77777777" w:rsidR="00106F48" w:rsidRPr="00106F48" w:rsidRDefault="00106F48" w:rsidP="00106F48">
      <w:pPr>
        <w:keepLines/>
        <w:widowControl w:val="0"/>
        <w:spacing w:after="45" w:line="252" w:lineRule="auto"/>
        <w:jc w:val="both"/>
        <w:rPr>
          <w:lang w:val="hr-HR"/>
        </w:rPr>
      </w:pPr>
      <w:r w:rsidRPr="00106F48">
        <w:rPr>
          <w:lang w:val="hr-HR"/>
        </w:rPr>
        <w:t>(8) Hrvatska energetska regulatorna agencija obaviještava Ministarstvo gospodarstva o zaprimljenim zahtjevima iz stavka 6. ovoga članka.</w:t>
      </w:r>
    </w:p>
    <w:p w14:paraId="010E7952" w14:textId="77777777" w:rsidR="00106F48" w:rsidRPr="00106F48" w:rsidRDefault="00106F48" w:rsidP="00106F48">
      <w:pPr>
        <w:keepLines/>
        <w:widowControl w:val="0"/>
        <w:spacing w:after="45" w:line="252" w:lineRule="auto"/>
        <w:jc w:val="both"/>
        <w:rPr>
          <w:lang w:val="hr-HR"/>
        </w:rPr>
      </w:pPr>
      <w:r w:rsidRPr="00106F48">
        <w:rPr>
          <w:lang w:val="hr-HR"/>
        </w:rPr>
        <w:t>(9) Radi ujednačene i pravodobne provedbe ovoga članka Ministarstvo gospodarstva, u suradnji s Hrvatskom energetskom regulatornom agencijom, donosi i objavljuje na svojim mrežnim stranicama uputu o sadržaju zahtjeva iz stavka 6. ovoga članka te podacima i dokumentaciji potrebnima za njegovu provjeru.</w:t>
      </w:r>
    </w:p>
    <w:p w14:paraId="2350F304" w14:textId="77777777" w:rsidR="00106F48" w:rsidRPr="00106F48" w:rsidRDefault="00106F48" w:rsidP="00106F48">
      <w:pPr>
        <w:keepLines/>
        <w:widowControl w:val="0"/>
        <w:spacing w:after="45" w:line="252" w:lineRule="auto"/>
        <w:jc w:val="both"/>
        <w:rPr>
          <w:lang w:val="hr-HR"/>
        </w:rPr>
      </w:pPr>
      <w:r w:rsidRPr="00106F48">
        <w:rPr>
          <w:lang w:val="hr-HR"/>
        </w:rPr>
        <w:t>(10) Hrvatska energetska regulatorna agencija u postupku provjere može od podnositelja zahtjeva zatražiti sve potrebne podatke, dokaze, dokumentaciju i dodatna pojašnjenja potrebna za utvrđivanje iznosa nadoknade.</w:t>
      </w:r>
    </w:p>
    <w:p w14:paraId="7387AB14" w14:textId="77777777" w:rsidR="00106F48" w:rsidRPr="00106F48" w:rsidRDefault="00106F48" w:rsidP="00106F48">
      <w:pPr>
        <w:keepLines/>
        <w:widowControl w:val="0"/>
        <w:spacing w:after="45" w:line="252" w:lineRule="auto"/>
        <w:jc w:val="both"/>
        <w:rPr>
          <w:lang w:val="hr-HR"/>
        </w:rPr>
      </w:pPr>
      <w:r w:rsidRPr="00106F48">
        <w:rPr>
          <w:lang w:val="hr-HR"/>
        </w:rPr>
        <w:t>(11) Hrvatska energetska regulatorna agencija donosi odluku o iznosu nadoknade za svakog pojedinog podnositelja zahtjeva u roku od 30 dana od dana zaprimanja urednog zahtjeva te odluku dostavlja podnositelju zahtjeva i Ministarstvu gospodarstva.</w:t>
      </w:r>
    </w:p>
    <w:p w14:paraId="36BB26AC" w14:textId="77777777" w:rsidR="00106F48" w:rsidRPr="00106F48" w:rsidRDefault="00106F48" w:rsidP="00106F48">
      <w:pPr>
        <w:keepLines/>
        <w:widowControl w:val="0"/>
        <w:spacing w:after="45" w:line="252" w:lineRule="auto"/>
        <w:jc w:val="both"/>
        <w:rPr>
          <w:lang w:val="hr-HR"/>
        </w:rPr>
      </w:pPr>
      <w:r w:rsidRPr="00106F48">
        <w:rPr>
          <w:lang w:val="hr-HR"/>
        </w:rPr>
        <w:t>(12) Odluku iz stavka 11. ovoga članka izvršava Ministarstvo gospodarstva.</w:t>
      </w:r>
    </w:p>
    <w:p w14:paraId="44C77538" w14:textId="77777777" w:rsidR="00106F48" w:rsidRPr="00106F48" w:rsidRDefault="00106F48" w:rsidP="00106F48">
      <w:pPr>
        <w:keepLines/>
        <w:widowControl w:val="0"/>
        <w:spacing w:after="45" w:line="252" w:lineRule="auto"/>
        <w:jc w:val="both"/>
        <w:rPr>
          <w:lang w:val="hr-HR"/>
        </w:rPr>
      </w:pPr>
      <w:r w:rsidRPr="00106F48">
        <w:rPr>
          <w:lang w:val="hr-HR"/>
        </w:rPr>
        <w:t>(13) Protiv odluke iz stavka 11. ovoga članka nije dopuštena žalba, ali se može pokrenuti upravni spor.</w:t>
      </w:r>
    </w:p>
    <w:p w14:paraId="32E8ABED" w14:textId="77777777" w:rsidR="00106F48" w:rsidRPr="00106F48" w:rsidRDefault="00106F48" w:rsidP="00106F48">
      <w:pPr>
        <w:keepLines/>
        <w:widowControl w:val="0"/>
        <w:spacing w:after="45" w:line="252" w:lineRule="auto"/>
        <w:jc w:val="both"/>
        <w:rPr>
          <w:lang w:val="hr-HR"/>
        </w:rPr>
      </w:pPr>
    </w:p>
    <w:p w14:paraId="231880FC" w14:textId="77777777" w:rsidR="00106F48" w:rsidRPr="00106F48" w:rsidRDefault="00106F48" w:rsidP="00106F48">
      <w:pPr>
        <w:keepNext/>
        <w:keepLines/>
        <w:widowControl w:val="0"/>
        <w:spacing w:before="100" w:after="60" w:line="252" w:lineRule="auto"/>
        <w:jc w:val="center"/>
        <w:rPr>
          <w:lang w:val="hr-HR"/>
        </w:rPr>
      </w:pPr>
      <w:r w:rsidRPr="00106F48">
        <w:rPr>
          <w:lang w:val="hr-HR"/>
        </w:rPr>
        <w:t>Članak 4.</w:t>
      </w:r>
    </w:p>
    <w:p w14:paraId="7E190DDF" w14:textId="77777777" w:rsidR="00106F48" w:rsidRPr="00106F48" w:rsidRDefault="00106F48" w:rsidP="00106F48">
      <w:pPr>
        <w:keepLines/>
        <w:widowControl w:val="0"/>
        <w:spacing w:after="45" w:line="252" w:lineRule="auto"/>
        <w:jc w:val="both"/>
        <w:rPr>
          <w:lang w:val="hr-HR"/>
        </w:rPr>
      </w:pPr>
      <w:r w:rsidRPr="00106F48">
        <w:rPr>
          <w:lang w:val="hr-HR"/>
        </w:rPr>
        <w:t xml:space="preserve">(1) Kupci iz članka 2. stavka 3. točke 4. ove Uredbe mogu kupiti električnu energiju za potrebe određene člankom 2. stavkom 3. točkom 4. ove Uredbe od opskrbljivača, trgovaca ili na Hrvatskoj burzi električne energije d.o.o. </w:t>
      </w:r>
    </w:p>
    <w:p w14:paraId="22362B69" w14:textId="77777777" w:rsidR="00106F48" w:rsidRPr="00106F48" w:rsidRDefault="00106F48" w:rsidP="00106F48">
      <w:pPr>
        <w:keepLines/>
        <w:widowControl w:val="0"/>
        <w:spacing w:after="45" w:line="252" w:lineRule="auto"/>
        <w:jc w:val="both"/>
        <w:rPr>
          <w:lang w:val="hr-HR"/>
        </w:rPr>
      </w:pPr>
      <w:r w:rsidRPr="00106F48">
        <w:rPr>
          <w:lang w:val="hr-HR"/>
        </w:rPr>
        <w:t xml:space="preserve">(2) Kupcima iz stavka 1. ovoga članka nadoknađuje se razlika između ugovorne i/ili cijene ostvarene na Hrvatskoj burzi električne energije d.o.o. i cijene iz članka 2. stavka 3. ove Uredbe. </w:t>
      </w:r>
    </w:p>
    <w:p w14:paraId="132C1751" w14:textId="77777777" w:rsidR="00106F48" w:rsidRPr="00106F48" w:rsidRDefault="00106F48" w:rsidP="00106F48">
      <w:pPr>
        <w:keepLines/>
        <w:widowControl w:val="0"/>
        <w:spacing w:after="45" w:line="252" w:lineRule="auto"/>
        <w:jc w:val="both"/>
        <w:rPr>
          <w:lang w:val="hr-HR"/>
        </w:rPr>
      </w:pPr>
      <w:r w:rsidRPr="00106F48">
        <w:rPr>
          <w:lang w:val="hr-HR"/>
        </w:rPr>
        <w:t>(3) Za izračun i nadoknadu razlike iz stavka 2. ovoga članka kupcima iz članka 2. stavka 3. točke 4. ove Uredbe, za razdoblje od 1. listopada 2026. do 31. ožujka 2027. priznaje se ugovorena cijena uz uvjete iz članka 3. stavka 7. ove Uredbe.</w:t>
      </w:r>
    </w:p>
    <w:p w14:paraId="1D872C6F" w14:textId="77777777" w:rsidR="00106F48" w:rsidRPr="00106F48" w:rsidRDefault="00106F48" w:rsidP="00106F48">
      <w:pPr>
        <w:keepLines/>
        <w:widowControl w:val="0"/>
        <w:spacing w:after="45" w:line="252" w:lineRule="auto"/>
        <w:jc w:val="both"/>
        <w:rPr>
          <w:lang w:val="hr-HR"/>
        </w:rPr>
      </w:pPr>
      <w:r w:rsidRPr="00106F48">
        <w:rPr>
          <w:lang w:val="hr-HR"/>
        </w:rPr>
        <w:t xml:space="preserve">(4) Po isteku obračunskog mjeseca, kupci iz stavka 1. ovoga članka dostavljaju Hrvatskoj energetskoj regulatornoj agenciji zahtjev za nadoknadu razlike iz stavka 2. ovoga članka za potrebe određene člankom 2. stavkom 3. točkom 4. ove Uredbe, kojem zahtjevu su dužni priložiti obračun i račune o plaćenoj električnoj energiji. </w:t>
      </w:r>
    </w:p>
    <w:p w14:paraId="65C06607" w14:textId="77777777" w:rsidR="00106F48" w:rsidRPr="00106F48" w:rsidRDefault="00106F48" w:rsidP="00106F48">
      <w:pPr>
        <w:keepLines/>
        <w:widowControl w:val="0"/>
        <w:spacing w:after="45" w:line="252" w:lineRule="auto"/>
        <w:jc w:val="both"/>
        <w:rPr>
          <w:lang w:val="hr-HR"/>
        </w:rPr>
      </w:pPr>
      <w:r w:rsidRPr="00106F48">
        <w:rPr>
          <w:lang w:val="hr-HR"/>
        </w:rPr>
        <w:t>(5)</w:t>
      </w:r>
      <w:r w:rsidRPr="00106F48">
        <w:t xml:space="preserve"> </w:t>
      </w:r>
      <w:r w:rsidRPr="00106F48">
        <w:rPr>
          <w:lang w:val="hr-HR"/>
        </w:rPr>
        <w:t>Hrvatska energetska regulatorna agencija obavještava Ministarstvo gospodarstva o zaprimljenim zahtjevima iz stavka 4. ovoga članka.</w:t>
      </w:r>
    </w:p>
    <w:p w14:paraId="2117143B" w14:textId="77777777" w:rsidR="00106F48" w:rsidRPr="00106F48" w:rsidRDefault="00106F48" w:rsidP="00106F48">
      <w:pPr>
        <w:keepLines/>
        <w:widowControl w:val="0"/>
        <w:spacing w:after="45" w:line="252" w:lineRule="auto"/>
        <w:jc w:val="both"/>
        <w:rPr>
          <w:lang w:val="hr-HR"/>
        </w:rPr>
      </w:pPr>
      <w:r w:rsidRPr="00106F48">
        <w:rPr>
          <w:lang w:val="hr-HR"/>
        </w:rPr>
        <w:t>(6) Hrvatska energetska regulatorna agencija u postupku provjere može od podnositelja zahtjeva zatražiti sve potrebne podatke, dokaze, dokumentaciju i dodatna pojašnjenja potrebna za utvrđivanje iznosa nadoknade.</w:t>
      </w:r>
    </w:p>
    <w:p w14:paraId="0D6FCE50" w14:textId="77777777" w:rsidR="00106F48" w:rsidRPr="00106F48" w:rsidRDefault="00106F48" w:rsidP="00106F48">
      <w:pPr>
        <w:keepLines/>
        <w:widowControl w:val="0"/>
        <w:spacing w:after="45" w:line="252" w:lineRule="auto"/>
        <w:jc w:val="both"/>
        <w:rPr>
          <w:lang w:val="hr-HR"/>
        </w:rPr>
      </w:pPr>
      <w:r w:rsidRPr="00106F48">
        <w:rPr>
          <w:lang w:val="hr-HR"/>
        </w:rPr>
        <w:t>(7) Hrvatska energetska regulatorna agencija donosi odluku o iznosu nadoknade za svakog pojedinog podnositelja zahtjeva u roku od 30 dana od dana zaprimanja urednog zahtjeva te odluku dostavlja podnositelju zahtjeva i Ministarstvu gospodarstva.</w:t>
      </w:r>
    </w:p>
    <w:p w14:paraId="154A935B" w14:textId="77777777" w:rsidR="00106F48" w:rsidRPr="00106F48" w:rsidRDefault="00106F48" w:rsidP="00106F48">
      <w:pPr>
        <w:keepLines/>
        <w:widowControl w:val="0"/>
        <w:spacing w:after="45" w:line="252" w:lineRule="auto"/>
        <w:jc w:val="both"/>
        <w:rPr>
          <w:lang w:val="hr-HR"/>
        </w:rPr>
      </w:pPr>
      <w:r w:rsidRPr="00106F48">
        <w:rPr>
          <w:lang w:val="hr-HR"/>
        </w:rPr>
        <w:t>(8) Odluku iz stavka 7. ovoga članka izvršava Ministarstvo gospodarstva.</w:t>
      </w:r>
    </w:p>
    <w:p w14:paraId="6903B7B0" w14:textId="77777777" w:rsidR="00106F48" w:rsidRPr="00106F48" w:rsidRDefault="00106F48" w:rsidP="00106F48">
      <w:pPr>
        <w:keepLines/>
        <w:widowControl w:val="0"/>
        <w:spacing w:after="45" w:line="252" w:lineRule="auto"/>
        <w:jc w:val="both"/>
        <w:rPr>
          <w:lang w:val="hr-HR"/>
        </w:rPr>
      </w:pPr>
      <w:r w:rsidRPr="00106F48">
        <w:rPr>
          <w:lang w:val="hr-HR"/>
        </w:rPr>
        <w:t>(9) Protiv odluke iz stavka 7. ovoga članka nije dopuštena žalba, ali se može pokrenuti upravni spor.</w:t>
      </w:r>
    </w:p>
    <w:p w14:paraId="4EAACC87" w14:textId="77777777" w:rsidR="00106F48" w:rsidRPr="00106F48" w:rsidRDefault="00106F48" w:rsidP="00106F48">
      <w:pPr>
        <w:keepLines/>
        <w:widowControl w:val="0"/>
        <w:spacing w:after="45" w:line="252" w:lineRule="auto"/>
        <w:jc w:val="both"/>
        <w:rPr>
          <w:lang w:val="hr-HR"/>
        </w:rPr>
      </w:pPr>
    </w:p>
    <w:p w14:paraId="09753EF9" w14:textId="77777777" w:rsidR="00106F48" w:rsidRPr="00106F48" w:rsidRDefault="00106F48" w:rsidP="00106F48">
      <w:pPr>
        <w:keepNext/>
        <w:keepLines/>
        <w:widowControl w:val="0"/>
        <w:spacing w:before="100" w:after="60" w:line="252" w:lineRule="auto"/>
        <w:jc w:val="center"/>
        <w:rPr>
          <w:lang w:val="hr-HR"/>
        </w:rPr>
      </w:pPr>
      <w:r w:rsidRPr="00106F48">
        <w:rPr>
          <w:lang w:val="hr-HR"/>
        </w:rPr>
        <w:t>Članak 5.</w:t>
      </w:r>
    </w:p>
    <w:p w14:paraId="71FD8775" w14:textId="77777777" w:rsidR="00106F48" w:rsidRPr="00106F48" w:rsidRDefault="00106F48" w:rsidP="00106F48">
      <w:pPr>
        <w:keepLines/>
        <w:widowControl w:val="0"/>
        <w:spacing w:after="45" w:line="252" w:lineRule="auto"/>
        <w:jc w:val="both"/>
        <w:rPr>
          <w:lang w:val="hr-HR"/>
        </w:rPr>
      </w:pPr>
      <w:r w:rsidRPr="00106F48">
        <w:rPr>
          <w:lang w:val="hr-HR"/>
        </w:rPr>
        <w:t>(1) Opskrbljivači električnom energijom dužni su ugovore o opskrbi električnom energijom</w:t>
      </w:r>
      <w:r w:rsidRPr="00106F48">
        <w:t xml:space="preserve"> </w:t>
      </w:r>
      <w:r w:rsidRPr="00106F48">
        <w:rPr>
          <w:lang w:val="hr-HR"/>
        </w:rPr>
        <w:t>i/ili račune odnosno obračune za krajnje kupce, osim ugovora o univerzalnoj opskrbi i zajamčenoj opskrbi električnom energijom, dostaviti na zahtjev Hrvatskoj energetskoj regulatornoj agenciji.</w:t>
      </w:r>
    </w:p>
    <w:p w14:paraId="26428BC4" w14:textId="77777777" w:rsidR="00106F48" w:rsidRPr="00106F48" w:rsidRDefault="00106F48" w:rsidP="00106F48">
      <w:pPr>
        <w:keepLines/>
        <w:widowControl w:val="0"/>
        <w:spacing w:after="45" w:line="252" w:lineRule="auto"/>
        <w:jc w:val="both"/>
        <w:rPr>
          <w:lang w:val="hr-HR"/>
        </w:rPr>
      </w:pPr>
      <w:r w:rsidRPr="00106F48">
        <w:rPr>
          <w:lang w:val="hr-HR"/>
        </w:rPr>
        <w:t>(2) Na zahtjev Ministarstva gospodarstva, opskrbljivači električne energije iz stavka 1. ovoga članka dužni su dostaviti sve potrebne podatke za provedbu ove Uredbe iz ugovora o opskrbi iz stavka 1. ovoga članka, u roku od 30 dana od zaprimljenog zahtjeva.</w:t>
      </w:r>
    </w:p>
    <w:p w14:paraId="61F8A635" w14:textId="77777777" w:rsidR="00106F48" w:rsidRPr="00106F48" w:rsidRDefault="00106F48" w:rsidP="00106F48">
      <w:pPr>
        <w:keepLines/>
        <w:widowControl w:val="0"/>
        <w:spacing w:after="45" w:line="252" w:lineRule="auto"/>
        <w:jc w:val="both"/>
        <w:rPr>
          <w:lang w:val="hr-HR"/>
        </w:rPr>
      </w:pPr>
      <w:r w:rsidRPr="00106F48">
        <w:rPr>
          <w:lang w:val="hr-HR"/>
        </w:rPr>
        <w:t>(3) Hrvatska energetska regulatorna agencija prati primjenu ove Uredbe, te nadzire primjenu cijena određenih odredbama ove Uredbe.</w:t>
      </w:r>
    </w:p>
    <w:p w14:paraId="1B0D2E73" w14:textId="77777777" w:rsidR="00106F48" w:rsidRPr="00106F48" w:rsidRDefault="00106F48" w:rsidP="00106F48">
      <w:pPr>
        <w:keepLines/>
        <w:widowControl w:val="0"/>
        <w:spacing w:after="45" w:line="252" w:lineRule="auto"/>
        <w:jc w:val="both"/>
        <w:rPr>
          <w:lang w:val="hr-HR"/>
        </w:rPr>
      </w:pPr>
    </w:p>
    <w:p w14:paraId="63BBBA88" w14:textId="77777777" w:rsidR="00106F48" w:rsidRPr="00106F48" w:rsidRDefault="00106F48" w:rsidP="00106F48">
      <w:pPr>
        <w:keepNext/>
        <w:keepLines/>
        <w:widowControl w:val="0"/>
        <w:spacing w:before="120" w:after="80" w:line="252" w:lineRule="auto"/>
        <w:jc w:val="center"/>
        <w:rPr>
          <w:lang w:val="hr-HR"/>
        </w:rPr>
      </w:pPr>
      <w:r w:rsidRPr="00106F48">
        <w:rPr>
          <w:lang w:val="hr-HR"/>
        </w:rPr>
        <w:t xml:space="preserve">PRIRODNI PLIN </w:t>
      </w:r>
    </w:p>
    <w:p w14:paraId="33EFDB8F" w14:textId="77777777" w:rsidR="00106F48" w:rsidRPr="00106F48" w:rsidRDefault="00106F48" w:rsidP="00106F48">
      <w:pPr>
        <w:keepNext/>
        <w:keepLines/>
        <w:widowControl w:val="0"/>
        <w:spacing w:before="100" w:after="60" w:line="252" w:lineRule="auto"/>
        <w:jc w:val="center"/>
        <w:rPr>
          <w:lang w:val="hr-HR"/>
        </w:rPr>
      </w:pPr>
      <w:r w:rsidRPr="00106F48">
        <w:rPr>
          <w:lang w:val="hr-HR"/>
        </w:rPr>
        <w:t>Članak 6.</w:t>
      </w:r>
    </w:p>
    <w:p w14:paraId="13C6C2DC" w14:textId="77777777" w:rsidR="00106F48" w:rsidRPr="00106F48" w:rsidRDefault="00106F48" w:rsidP="00106F48">
      <w:pPr>
        <w:keepLines/>
        <w:widowControl w:val="0"/>
        <w:spacing w:after="45" w:line="252" w:lineRule="auto"/>
        <w:jc w:val="both"/>
        <w:rPr>
          <w:lang w:val="hr-HR"/>
        </w:rPr>
      </w:pPr>
      <w:r w:rsidRPr="00106F48">
        <w:rPr>
          <w:lang w:val="hr-HR"/>
        </w:rPr>
        <w:t xml:space="preserve">(1) Zajamčeni opskrbljivač plinom ili s njime povezano društvo, pod uvjetima iz ovoga članka, osigurava količine prirodnog plina za distributere plina u svrhu namirenja gubitaka za distribuciju i za kupce plina iz članka 2. stavka 3. ove Uredbe. </w:t>
      </w:r>
    </w:p>
    <w:p w14:paraId="4B2E3774" w14:textId="77777777" w:rsidR="00106F48" w:rsidRPr="00106F48" w:rsidRDefault="00106F48" w:rsidP="00106F48">
      <w:pPr>
        <w:keepLines/>
        <w:widowControl w:val="0"/>
        <w:spacing w:after="45" w:line="252" w:lineRule="auto"/>
        <w:jc w:val="both"/>
        <w:rPr>
          <w:lang w:val="hr-HR"/>
        </w:rPr>
      </w:pPr>
      <w:r w:rsidRPr="00106F48">
        <w:rPr>
          <w:lang w:val="hr-HR"/>
        </w:rPr>
        <w:t>(2) Zajamčeni opskrbljivač plinom ili s njime povezano društvo dužno je, u razdoblju od 1. listopada 2026. do 31. ožujka 2027. prodavati prirodni plin za potrebe distributera plina u svrhu namirenja gubitaka za distribuciju plina u iznosu troška nabave plina za javnu uslugu opskrbe plinom određenog sukladno važećoj metodologiji utvrđivanja iznosa tarifnih stavki za javnu uslugu opskrbe plinom i zajamčenu opskrbu, uvećano za prosječni trošak opskrbe plinom određen za sva distribucijska područja u iznosu od 0,0084 EUR/kWh.</w:t>
      </w:r>
    </w:p>
    <w:p w14:paraId="47124C8F" w14:textId="77777777" w:rsidR="00106F48" w:rsidRPr="00106F48" w:rsidRDefault="00106F48" w:rsidP="00106F48">
      <w:pPr>
        <w:keepLines/>
        <w:widowControl w:val="0"/>
        <w:spacing w:after="45" w:line="252" w:lineRule="auto"/>
        <w:jc w:val="both"/>
        <w:rPr>
          <w:lang w:val="hr-HR"/>
        </w:rPr>
      </w:pPr>
      <w:r w:rsidRPr="00106F48">
        <w:rPr>
          <w:lang w:val="hr-HR"/>
        </w:rPr>
        <w:t xml:space="preserve">(3) Cijena plina po kojoj je zajamčeni opskrbljivač plinom ili s njime povezano društvo dužan prodavati plin kupcima iz članka 2. stavka 3. ove Uredbe jednaka je cijeni plina za kućanstva koja koriste javnu uslugu opskrbe plinom na pojedinom distribucijskom području, u skladu s važećom odlukom Hrvatske energetske regulatorne agencije. </w:t>
      </w:r>
    </w:p>
    <w:p w14:paraId="240FE79D" w14:textId="77777777" w:rsidR="00106F48" w:rsidRPr="00106F48" w:rsidRDefault="00106F48" w:rsidP="00106F48">
      <w:pPr>
        <w:keepLines/>
        <w:widowControl w:val="0"/>
        <w:spacing w:after="45" w:line="252" w:lineRule="auto"/>
        <w:jc w:val="both"/>
        <w:rPr>
          <w:lang w:val="hr-HR"/>
        </w:rPr>
      </w:pPr>
      <w:r w:rsidRPr="00106F48">
        <w:rPr>
          <w:lang w:val="hr-HR"/>
        </w:rPr>
        <w:t>(4) Zajamčeni opskrbljivač plinom ili s njime povezano društvo ima pravo na nadoknadu sredstava u iznosu razlike između troška nabave plina za zajamčenu opskrbu za razdoblje od 1. listopada 2026. do 31. ožujka 2027. godine i troška nabave plina za javnu uslugu opskrbe plinom, iz metodologije iz stavka 2. ovoga članka, razdoblje od 1. listopada 2026. do 31. ožujka 2027. godine sukladno zahtjevu za nadoknadu razlike.</w:t>
      </w:r>
    </w:p>
    <w:p w14:paraId="11352776" w14:textId="77777777" w:rsidR="00106F48" w:rsidRPr="00106F48" w:rsidRDefault="00106F48" w:rsidP="00106F48">
      <w:pPr>
        <w:keepLines/>
        <w:widowControl w:val="0"/>
        <w:spacing w:after="45" w:line="252" w:lineRule="auto"/>
        <w:jc w:val="both"/>
        <w:rPr>
          <w:lang w:val="hr-HR"/>
        </w:rPr>
      </w:pPr>
      <w:r w:rsidRPr="00106F48">
        <w:rPr>
          <w:lang w:val="hr-HR"/>
        </w:rPr>
        <w:t xml:space="preserve">(5) Po isteku svakog mjeseca, zahtjev za nadoknadu razlike iz stavka 4. ovoga članka zajamčeni opskrbljivač plinom ili s njime povezano društvo dostavlja Hrvatskoj energetskoj regulatornoj agenciji, uz koji se prilaže obračun. </w:t>
      </w:r>
    </w:p>
    <w:p w14:paraId="3F37A0E6" w14:textId="77777777" w:rsidR="00106F48" w:rsidRPr="00106F48" w:rsidRDefault="00106F48" w:rsidP="00106F48">
      <w:pPr>
        <w:keepLines/>
        <w:widowControl w:val="0"/>
        <w:spacing w:after="45" w:line="252" w:lineRule="auto"/>
        <w:jc w:val="both"/>
        <w:rPr>
          <w:lang w:val="hr-HR"/>
        </w:rPr>
      </w:pPr>
      <w:r w:rsidRPr="00106F48">
        <w:rPr>
          <w:lang w:val="hr-HR"/>
        </w:rPr>
        <w:t>(6) Hrvatska energetska regulatorna agencija obavještava Ministarstvo gospodarstva o zaprimljenim zahtjevima iz stavka 5. ovoga članka.</w:t>
      </w:r>
    </w:p>
    <w:p w14:paraId="542478E3" w14:textId="77777777" w:rsidR="00106F48" w:rsidRPr="00106F48" w:rsidRDefault="00106F48" w:rsidP="00106F48">
      <w:pPr>
        <w:keepLines/>
        <w:widowControl w:val="0"/>
        <w:spacing w:after="45" w:line="252" w:lineRule="auto"/>
        <w:jc w:val="both"/>
        <w:rPr>
          <w:lang w:val="hr-HR"/>
        </w:rPr>
      </w:pPr>
      <w:r w:rsidRPr="00106F48">
        <w:rPr>
          <w:lang w:val="hr-HR"/>
        </w:rPr>
        <w:t>(7) Hrvatska energetska regulatorna agencija u postupku provjere može od podnositelja zahtjeva zatražiti sve potrebne podatke, dokaze, dokumentaciju i dodatna pojašnjenja potrebna za utvrđivanje iznosa nadoknade.</w:t>
      </w:r>
    </w:p>
    <w:p w14:paraId="163E746F" w14:textId="77777777" w:rsidR="00106F48" w:rsidRPr="00106F48" w:rsidRDefault="00106F48" w:rsidP="00106F48">
      <w:pPr>
        <w:keepLines/>
        <w:widowControl w:val="0"/>
        <w:spacing w:after="45" w:line="252" w:lineRule="auto"/>
        <w:jc w:val="both"/>
        <w:rPr>
          <w:lang w:val="hr-HR"/>
        </w:rPr>
      </w:pPr>
      <w:r w:rsidRPr="00106F48">
        <w:rPr>
          <w:lang w:val="hr-HR"/>
        </w:rPr>
        <w:t>(8) Hrvatska energetska regulatorna agencija donosi odluku o iznosu nadoknade u roku od 30 dana od dana zaprimanja urednog zahtjeva te odluku dostavlja podnositelju zahtjeva i Ministarstvu gospodarstva.</w:t>
      </w:r>
    </w:p>
    <w:p w14:paraId="7505833D" w14:textId="77777777" w:rsidR="00106F48" w:rsidRPr="00106F48" w:rsidRDefault="00106F48" w:rsidP="00106F48">
      <w:pPr>
        <w:keepLines/>
        <w:widowControl w:val="0"/>
        <w:spacing w:after="45" w:line="252" w:lineRule="auto"/>
        <w:jc w:val="both"/>
        <w:rPr>
          <w:lang w:val="hr-HR"/>
        </w:rPr>
      </w:pPr>
      <w:r w:rsidRPr="00106F48">
        <w:rPr>
          <w:lang w:val="hr-HR"/>
        </w:rPr>
        <w:t>(9) Odluku iz stavka 8. ovoga članka izvršava Ministarstvo gospodarstva.</w:t>
      </w:r>
    </w:p>
    <w:p w14:paraId="6F88AED9" w14:textId="77777777" w:rsidR="00106F48" w:rsidRPr="00106F48" w:rsidRDefault="00106F48" w:rsidP="00106F48">
      <w:pPr>
        <w:keepLines/>
        <w:widowControl w:val="0"/>
        <w:spacing w:after="45" w:line="252" w:lineRule="auto"/>
        <w:jc w:val="both"/>
        <w:rPr>
          <w:lang w:val="hr-HR"/>
        </w:rPr>
      </w:pPr>
      <w:r w:rsidRPr="00106F48">
        <w:rPr>
          <w:lang w:val="hr-HR"/>
        </w:rPr>
        <w:t>(10) Protiv odluke iz stavka 8. ovoga članka nije dopuštena žalba, ali se može pokrenuti upravni spor.</w:t>
      </w:r>
    </w:p>
    <w:p w14:paraId="69A8A60D" w14:textId="77777777" w:rsidR="00106F48" w:rsidRPr="00106F48" w:rsidRDefault="00106F48" w:rsidP="00106F48">
      <w:pPr>
        <w:keepLines/>
        <w:widowControl w:val="0"/>
        <w:spacing w:after="45" w:line="252" w:lineRule="auto"/>
        <w:jc w:val="both"/>
        <w:rPr>
          <w:lang w:val="hr-HR"/>
        </w:rPr>
      </w:pPr>
      <w:r w:rsidRPr="00106F48">
        <w:rPr>
          <w:lang w:val="hr-HR"/>
        </w:rPr>
        <w:t xml:space="preserve">(11) Energetski subjekti i kupci toplinske energije koji kupuju plin za isporuku toplinske energije krajnjim kupcima na toplinskim sustavima, a koji su u vlasništvu jedinica lokalne samouprave, ne smatraju se kupcima iz članka 2. stavka 3. ove Uredbe. </w:t>
      </w:r>
    </w:p>
    <w:p w14:paraId="05F73E3B" w14:textId="77777777" w:rsidR="00106F48" w:rsidRPr="00106F48" w:rsidRDefault="00106F48" w:rsidP="00106F48">
      <w:pPr>
        <w:keepLines/>
        <w:widowControl w:val="0"/>
        <w:spacing w:after="45" w:line="252" w:lineRule="auto"/>
        <w:jc w:val="both"/>
        <w:rPr>
          <w:lang w:val="hr-HR"/>
        </w:rPr>
      </w:pPr>
      <w:r w:rsidRPr="00106F48">
        <w:rPr>
          <w:lang w:val="hr-HR"/>
        </w:rPr>
        <w:t xml:space="preserve">(12) Zajamčeni opskrbljivač plinom ili s njime povezano društvo, po isteku svakog mjeseca tijekom razdoblja od 1. listopada 2026. do 31. ožujka 2027., Hrvatskoj energetskoj regulatornoj agenciji dostavlja izvješće o provedbi ove Uredbe. </w:t>
      </w:r>
    </w:p>
    <w:p w14:paraId="791B1A6C" w14:textId="77777777" w:rsidR="00106F48" w:rsidRPr="00106F48" w:rsidRDefault="00106F48" w:rsidP="00106F48">
      <w:pPr>
        <w:keepLines/>
        <w:widowControl w:val="0"/>
        <w:spacing w:after="45" w:line="252" w:lineRule="auto"/>
        <w:jc w:val="both"/>
        <w:rPr>
          <w:lang w:val="hr-HR"/>
        </w:rPr>
      </w:pPr>
    </w:p>
    <w:p w14:paraId="1FD19BE5" w14:textId="77777777" w:rsidR="00106F48" w:rsidRPr="00106F48" w:rsidRDefault="00106F48" w:rsidP="00106F48">
      <w:pPr>
        <w:keepLines/>
        <w:widowControl w:val="0"/>
        <w:spacing w:after="45" w:line="252" w:lineRule="auto"/>
        <w:jc w:val="center"/>
        <w:rPr>
          <w:lang w:val="hr-HR"/>
        </w:rPr>
      </w:pPr>
      <w:r w:rsidRPr="00106F48">
        <w:rPr>
          <w:lang w:val="hr-HR"/>
        </w:rPr>
        <w:t>BIOPLIN</w:t>
      </w:r>
    </w:p>
    <w:p w14:paraId="47566101" w14:textId="77777777" w:rsidR="00106F48" w:rsidRPr="00106F48" w:rsidRDefault="00106F48" w:rsidP="00106F48">
      <w:pPr>
        <w:keepNext/>
        <w:keepLines/>
        <w:widowControl w:val="0"/>
        <w:spacing w:before="100" w:after="60" w:line="252" w:lineRule="auto"/>
        <w:jc w:val="center"/>
        <w:rPr>
          <w:lang w:val="hr-HR"/>
        </w:rPr>
      </w:pPr>
      <w:r w:rsidRPr="00106F48">
        <w:rPr>
          <w:lang w:val="hr-HR"/>
        </w:rPr>
        <w:t>Članak 7.</w:t>
      </w:r>
    </w:p>
    <w:p w14:paraId="57D441C6" w14:textId="77777777" w:rsidR="00106F48" w:rsidRPr="00106F48" w:rsidRDefault="00106F48" w:rsidP="00106F48">
      <w:pPr>
        <w:keepLines/>
        <w:widowControl w:val="0"/>
        <w:spacing w:after="45" w:line="252" w:lineRule="auto"/>
        <w:jc w:val="both"/>
        <w:rPr>
          <w:lang w:val="hr-HR"/>
        </w:rPr>
      </w:pPr>
      <w:r w:rsidRPr="00106F48">
        <w:rPr>
          <w:lang w:val="hr-HR"/>
        </w:rPr>
        <w:t xml:space="preserve">(1) Povlašteni proizvođači koji imaju važeće ugovore o otkupu električne energije sklopljene s operatorom tržišta energije primjenom Tarifnog sustava za proizvodnju električne energije iz obnovljivih izvora energije i kogeneracije (»Narodne novine«, broj 33/07.), Tarifnog sustava za proizvodnju električne energije iz obnovljivih izvora energije i kogeneracije (»Narodne novine«, br. 63/12., 121/12. i 144/12.) ili Tarifnog sustava za proizvodnju električne energije iz obnovljivih izvora energije i kogeneracije (»Narodne novine«, br. 133/13., 151/13., 20/14., 107/14. i 100/15.), mogu ostvariti pravo na isplatu dodatnog iznosa poticajne cijene zbog promijenjenih okolnosti, koje se odnose na znatan rast troškova silažnih sirovina potrebnih za proizvodnju električne energije iz elektrana na bioplin, a koji je posljedica poremećaja na tržištu, pod uvjetima propisanim ovim člankom. </w:t>
      </w:r>
    </w:p>
    <w:p w14:paraId="04EC1DAD" w14:textId="77777777" w:rsidR="00106F48" w:rsidRPr="00106F48" w:rsidRDefault="00106F48" w:rsidP="00106F48">
      <w:pPr>
        <w:keepLines/>
        <w:widowControl w:val="0"/>
        <w:spacing w:after="45" w:line="252" w:lineRule="auto"/>
        <w:jc w:val="both"/>
        <w:rPr>
          <w:lang w:val="hr-HR"/>
        </w:rPr>
      </w:pPr>
      <w:r w:rsidRPr="00106F48">
        <w:rPr>
          <w:lang w:val="hr-HR"/>
        </w:rPr>
        <w:t xml:space="preserve">(2) Povlašteni proizvođači iz stavka 1. ovoga članka u svrhu ostvarivanja prava na isplatu dodatnog iznosa poticajne cijene, mogu društvu Hrvatski operator tržišta energije d.o.o. podnijeti zahtjev za sklapanje dodatka ugovora o otkupu električne energije, o kojem društvo Hrvatski operator tržišta energije d.o.o. odlučuje rješenjem. </w:t>
      </w:r>
    </w:p>
    <w:p w14:paraId="713B3A08" w14:textId="77777777" w:rsidR="00106F48" w:rsidRPr="00106F48" w:rsidRDefault="00106F48" w:rsidP="00106F48">
      <w:pPr>
        <w:keepLines/>
        <w:widowControl w:val="0"/>
        <w:spacing w:after="45" w:line="252" w:lineRule="auto"/>
        <w:jc w:val="both"/>
        <w:rPr>
          <w:lang w:val="hr-HR"/>
        </w:rPr>
      </w:pPr>
      <w:r w:rsidRPr="00106F48">
        <w:rPr>
          <w:lang w:val="hr-HR"/>
        </w:rPr>
        <w:t xml:space="preserve">(3) Uz zahtjev iz stavka 2. ovoga članka, povlašteni proizvođači dužni su priložiti: </w:t>
      </w:r>
    </w:p>
    <w:p w14:paraId="082E29FD" w14:textId="77777777" w:rsidR="00106F48" w:rsidRPr="00106F48" w:rsidRDefault="00106F48" w:rsidP="00106F48">
      <w:pPr>
        <w:keepLines/>
        <w:widowControl w:val="0"/>
        <w:spacing w:after="45" w:line="252" w:lineRule="auto"/>
        <w:ind w:left="340"/>
        <w:jc w:val="both"/>
        <w:rPr>
          <w:lang w:val="hr-HR"/>
        </w:rPr>
      </w:pPr>
      <w:r w:rsidRPr="00106F48">
        <w:rPr>
          <w:lang w:val="hr-HR"/>
        </w:rPr>
        <w:t>– izvješće o strukturi korištenih sirovina za prethodnu kalendarsku godinu sukladno tablici koju društvo Hrvatski operator tržišta energije d.o.o. objavljuje na svojim mrežnim stranicama</w:t>
      </w:r>
    </w:p>
    <w:p w14:paraId="6E0D83BB" w14:textId="77777777" w:rsidR="00106F48" w:rsidRPr="00106F48" w:rsidRDefault="00106F48" w:rsidP="00106F48">
      <w:pPr>
        <w:keepLines/>
        <w:widowControl w:val="0"/>
        <w:spacing w:after="45" w:line="252" w:lineRule="auto"/>
        <w:ind w:left="340"/>
        <w:jc w:val="both"/>
        <w:rPr>
          <w:lang w:val="hr-HR"/>
        </w:rPr>
      </w:pPr>
      <w:r w:rsidRPr="00106F48">
        <w:rPr>
          <w:lang w:val="hr-HR"/>
        </w:rPr>
        <w:t xml:space="preserve">– izvješće o troškovima proizvodnje i/ili nabave sirovine za prethodnu kalendarsku godinu koja je korištena za proizvodnju bioplina, uključujući i ugovore o nabavi sirovine ako se sirovina nabavlja. </w:t>
      </w:r>
    </w:p>
    <w:p w14:paraId="17839F50" w14:textId="77777777" w:rsidR="00106F48" w:rsidRPr="00106F48" w:rsidRDefault="00106F48" w:rsidP="00106F48">
      <w:pPr>
        <w:keepLines/>
        <w:widowControl w:val="0"/>
        <w:spacing w:after="45" w:line="252" w:lineRule="auto"/>
        <w:jc w:val="both"/>
        <w:rPr>
          <w:lang w:val="hr-HR"/>
        </w:rPr>
      </w:pPr>
      <w:r w:rsidRPr="00106F48">
        <w:rPr>
          <w:lang w:val="hr-HR"/>
        </w:rPr>
        <w:t xml:space="preserve">(4) Na temelju rješenja kojim se usvaja zahtjev iz stavka 2. ovoga članka, društvo Hrvatski operator tržišta energije d.o.o. i povlašteni proizvođač iz stavka 1. ovoga članka sklapaju dodatak ugovora o otkupu električne energije, kojim se utvrđuju uvjeti i način izračuna dodatnog iznosa poticajne cijene u skladu s odredbama ovoga članka, podatci koje je povlašteni proizvođač dužan dostavljati operatoru tržišta energije i rok dostave, uvjeti važenja dodatka ugovora o otkupu te ostala prava i obveze povlaštenog proizvođača i operatora tržišta energije. </w:t>
      </w:r>
    </w:p>
    <w:p w14:paraId="2F8375A3" w14:textId="77777777" w:rsidR="00106F48" w:rsidRPr="00106F48" w:rsidRDefault="00106F48" w:rsidP="00106F48">
      <w:pPr>
        <w:keepLines/>
        <w:widowControl w:val="0"/>
        <w:spacing w:after="45" w:line="252" w:lineRule="auto"/>
        <w:jc w:val="both"/>
        <w:rPr>
          <w:lang w:val="hr-HR"/>
        </w:rPr>
      </w:pPr>
      <w:r w:rsidRPr="00106F48">
        <w:rPr>
          <w:lang w:val="hr-HR"/>
        </w:rPr>
        <w:t xml:space="preserve">(5) Iznos poticajne cijene na koji povlašteni proizvođač zbog nastupa promijenjenih okolnosti ima pravo računa se na sljedeći način: </w:t>
      </w:r>
    </w:p>
    <w:p w14:paraId="6144C32F" w14:textId="77777777" w:rsidR="00106F48" w:rsidRPr="00106F48" w:rsidRDefault="00106F48" w:rsidP="00106F48">
      <w:pPr>
        <w:keepLines/>
        <w:widowControl w:val="0"/>
        <w:spacing w:after="45" w:line="252" w:lineRule="auto"/>
        <w:jc w:val="center"/>
        <w:rPr>
          <w:lang w:val="hr-HR"/>
        </w:rPr>
      </w:pPr>
      <w:r w:rsidRPr="00106F48">
        <w:rPr>
          <w:noProof/>
          <w:lang w:val="hr-HR" w:eastAsia="hr-HR"/>
        </w:rPr>
        <w:drawing>
          <wp:inline distT="0" distB="0" distL="0" distR="0" wp14:anchorId="36121669" wp14:editId="6EF27FAD">
            <wp:extent cx="2638425" cy="31196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7"/>
                    <a:stretch>
                      <a:fillRect/>
                    </a:stretch>
                  </pic:blipFill>
                  <pic:spPr>
                    <a:xfrm>
                      <a:off x="0" y="0"/>
                      <a:ext cx="2712369" cy="320711"/>
                    </a:xfrm>
                    <a:prstGeom prst="rect">
                      <a:avLst/>
                    </a:prstGeom>
                  </pic:spPr>
                </pic:pic>
              </a:graphicData>
            </a:graphic>
          </wp:inline>
        </w:drawing>
      </w:r>
    </w:p>
    <w:p w14:paraId="2600BB2A" w14:textId="77777777" w:rsidR="00106F48" w:rsidRPr="00106F48" w:rsidRDefault="00106F48" w:rsidP="00106F48">
      <w:pPr>
        <w:keepLines/>
        <w:widowControl w:val="0"/>
        <w:spacing w:after="45" w:line="252" w:lineRule="auto"/>
        <w:jc w:val="both"/>
        <w:rPr>
          <w:lang w:val="hr-HR"/>
        </w:rPr>
      </w:pPr>
      <w:r w:rsidRPr="00106F48">
        <w:rPr>
          <w:lang w:val="hr-HR"/>
        </w:rPr>
        <w:t xml:space="preserve"> </w:t>
      </w:r>
    </w:p>
    <w:p w14:paraId="051912FA" w14:textId="77777777" w:rsidR="00106F48" w:rsidRPr="00106F48" w:rsidRDefault="00106F48" w:rsidP="00106F48">
      <w:pPr>
        <w:keepLines/>
        <w:widowControl w:val="0"/>
        <w:spacing w:after="20" w:line="240" w:lineRule="auto"/>
        <w:jc w:val="both"/>
        <w:rPr>
          <w:lang w:val="hr-HR"/>
        </w:rPr>
      </w:pPr>
      <w:r w:rsidRPr="00106F48">
        <w:rPr>
          <w:lang w:val="hr-HR"/>
        </w:rPr>
        <w:t xml:space="preserve">gdje je: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96"/>
        <w:gridCol w:w="7976"/>
      </w:tblGrid>
      <w:tr w:rsidR="00106F48" w:rsidRPr="00106F48" w14:paraId="1280750D" w14:textId="77777777" w:rsidTr="00FF12B4">
        <w:tc>
          <w:tcPr>
            <w:tcW w:w="1101" w:type="dxa"/>
          </w:tcPr>
          <w:p w14:paraId="2DF9B6B2" w14:textId="77777777" w:rsidR="00106F48" w:rsidRPr="00106F48" w:rsidRDefault="00106F48" w:rsidP="00FF12B4">
            <w:pPr>
              <w:keepLines/>
              <w:widowControl w:val="0"/>
              <w:spacing w:after="60"/>
              <w:jc w:val="both"/>
              <w:rPr>
                <w:lang w:val="hr-HR"/>
              </w:rPr>
            </w:pPr>
            <w:r w:rsidRPr="00106F48">
              <w:rPr>
                <w:lang w:val="hr-HR"/>
              </w:rPr>
              <w:t>CkD(n)</w:t>
            </w:r>
          </w:p>
        </w:tc>
        <w:tc>
          <w:tcPr>
            <w:tcW w:w="8187" w:type="dxa"/>
          </w:tcPr>
          <w:p w14:paraId="5FE29524" w14:textId="77777777" w:rsidR="00106F48" w:rsidRPr="00106F48" w:rsidRDefault="00106F48" w:rsidP="00FF12B4">
            <w:pPr>
              <w:keepLines/>
              <w:widowControl w:val="0"/>
              <w:spacing w:after="60"/>
              <w:jc w:val="both"/>
              <w:rPr>
                <w:lang w:val="hr-HR"/>
              </w:rPr>
            </w:pPr>
            <w:r w:rsidRPr="00106F48">
              <w:rPr>
                <w:lang w:val="hr-HR"/>
              </w:rPr>
              <w:t>konačna poticajna cijena s dodatnim iznosom poticajne cijene za godinu n u EUR/kWh</w:t>
            </w:r>
          </w:p>
        </w:tc>
      </w:tr>
      <w:tr w:rsidR="00106F48" w:rsidRPr="00106F48" w14:paraId="32600C5F" w14:textId="77777777" w:rsidTr="00FF12B4">
        <w:tc>
          <w:tcPr>
            <w:tcW w:w="1101" w:type="dxa"/>
          </w:tcPr>
          <w:p w14:paraId="65172792" w14:textId="77777777" w:rsidR="00106F48" w:rsidRPr="00106F48" w:rsidRDefault="00106F48" w:rsidP="00FF12B4">
            <w:pPr>
              <w:keepLines/>
              <w:widowControl w:val="0"/>
              <w:spacing w:after="60"/>
              <w:jc w:val="both"/>
              <w:rPr>
                <w:lang w:val="hr-HR"/>
              </w:rPr>
            </w:pPr>
            <w:r w:rsidRPr="00106F48">
              <w:rPr>
                <w:lang w:val="hr-HR"/>
              </w:rPr>
              <w:t>Ck(n)</w:t>
            </w:r>
          </w:p>
        </w:tc>
        <w:tc>
          <w:tcPr>
            <w:tcW w:w="8187" w:type="dxa"/>
          </w:tcPr>
          <w:p w14:paraId="4456008D" w14:textId="77777777" w:rsidR="00106F48" w:rsidRPr="00106F48" w:rsidRDefault="00106F48" w:rsidP="00FF12B4">
            <w:pPr>
              <w:keepLines/>
              <w:widowControl w:val="0"/>
              <w:spacing w:after="60"/>
              <w:jc w:val="both"/>
              <w:rPr>
                <w:lang w:val="hr-HR"/>
              </w:rPr>
            </w:pPr>
            <w:r w:rsidRPr="00106F48">
              <w:rPr>
                <w:lang w:val="hr-HR"/>
              </w:rPr>
              <w:t xml:space="preserve">poticajna cijena izračunata za godinu n bez dodatnog iznosa u EUR/kWh </w:t>
            </w:r>
          </w:p>
        </w:tc>
      </w:tr>
      <w:tr w:rsidR="00106F48" w:rsidRPr="00106F48" w14:paraId="763E01C0" w14:textId="77777777" w:rsidTr="00FF12B4">
        <w:tc>
          <w:tcPr>
            <w:tcW w:w="1101" w:type="dxa"/>
          </w:tcPr>
          <w:p w14:paraId="29C7689D" w14:textId="77777777" w:rsidR="00106F48" w:rsidRPr="00106F48" w:rsidRDefault="00106F48" w:rsidP="00FF12B4">
            <w:pPr>
              <w:keepLines/>
              <w:widowControl w:val="0"/>
              <w:spacing w:after="60"/>
              <w:jc w:val="both"/>
              <w:rPr>
                <w:lang w:val="hr-HR"/>
              </w:rPr>
            </w:pPr>
            <w:r w:rsidRPr="00106F48">
              <w:rPr>
                <w:i/>
                <w:lang w:val="hr-HR"/>
              </w:rPr>
              <w:t>t</w:t>
            </w:r>
          </w:p>
        </w:tc>
        <w:tc>
          <w:tcPr>
            <w:tcW w:w="8187" w:type="dxa"/>
          </w:tcPr>
          <w:p w14:paraId="6205092E" w14:textId="77777777" w:rsidR="00106F48" w:rsidRPr="00106F48" w:rsidRDefault="00106F48" w:rsidP="00FF12B4">
            <w:pPr>
              <w:keepLines/>
              <w:widowControl w:val="0"/>
              <w:spacing w:after="60"/>
              <w:jc w:val="both"/>
              <w:rPr>
                <w:lang w:val="hr-HR"/>
              </w:rPr>
            </w:pPr>
            <w:r w:rsidRPr="00106F48">
              <w:rPr>
                <w:lang w:val="hr-HR"/>
              </w:rPr>
              <w:t xml:space="preserve">parametar tarifnog sustava koji za Tarifni sustav za proizvodnju električne energije iz obnovljivih izvora energije i kogeneracije (»Narodne novine«, broj 33/07.) iznosi 0,8, za Tarifni sustav za proizvodnju električne energije iz obnovljivih izvora energije i kogeneracije (»Narodne novine«, br. 63/12., 121/12. i 144/12.) iznosi 0,9, a za Tarifni sustav za proizvodnju električne energije iz obnovljivih izvora energije i kogeneracije (»Narodne novine«, br. 133/13., 151/13., 20/14., 107/14. i 100/15.) iznosi 1 </w:t>
            </w:r>
          </w:p>
        </w:tc>
      </w:tr>
      <w:tr w:rsidR="00106F48" w:rsidRPr="00106F48" w14:paraId="523EB03A" w14:textId="77777777" w:rsidTr="00FF12B4">
        <w:tc>
          <w:tcPr>
            <w:tcW w:w="1101" w:type="dxa"/>
          </w:tcPr>
          <w:p w14:paraId="43D60D00" w14:textId="77777777" w:rsidR="00106F48" w:rsidRPr="00106F48" w:rsidRDefault="00106F48" w:rsidP="00FF12B4">
            <w:pPr>
              <w:keepLines/>
              <w:widowControl w:val="0"/>
              <w:spacing w:after="60"/>
              <w:jc w:val="both"/>
              <w:rPr>
                <w:i/>
                <w:lang w:val="hr-HR"/>
              </w:rPr>
            </w:pPr>
            <w:r w:rsidRPr="00106F48">
              <w:rPr>
                <w:i/>
                <w:lang w:val="hr-HR"/>
              </w:rPr>
              <w:t>BTS(n)</w:t>
            </w:r>
          </w:p>
        </w:tc>
        <w:tc>
          <w:tcPr>
            <w:tcW w:w="8187" w:type="dxa"/>
          </w:tcPr>
          <w:p w14:paraId="05BD825C" w14:textId="77777777" w:rsidR="00106F48" w:rsidRPr="00106F48" w:rsidRDefault="00106F48" w:rsidP="00FF12B4">
            <w:pPr>
              <w:keepLines/>
              <w:widowControl w:val="0"/>
              <w:spacing w:after="20"/>
              <w:jc w:val="both"/>
              <w:rPr>
                <w:lang w:val="hr-HR"/>
              </w:rPr>
            </w:pPr>
            <w:r w:rsidRPr="00106F48">
              <w:rPr>
                <w:lang w:val="hr-HR"/>
              </w:rPr>
              <w:t xml:space="preserve">dodatak u EUR/kWh na koji povlašteni proizvođač ima pravo u godini n ukoliko su nastupile promijenjene okolnosti sukladno stavcima 6. i 9. ovoga članka. </w:t>
            </w:r>
          </w:p>
        </w:tc>
      </w:tr>
    </w:tbl>
    <w:p w14:paraId="49FB92BC" w14:textId="77777777" w:rsidR="00106F48" w:rsidRPr="00106F48" w:rsidRDefault="00106F48" w:rsidP="00106F48">
      <w:pPr>
        <w:keepLines/>
        <w:widowControl w:val="0"/>
        <w:spacing w:after="20" w:line="240" w:lineRule="auto"/>
        <w:jc w:val="both"/>
        <w:rPr>
          <w:lang w:val="hr-HR"/>
        </w:rPr>
      </w:pPr>
    </w:p>
    <w:p w14:paraId="53392531" w14:textId="77777777" w:rsidR="00106F48" w:rsidRPr="00106F48" w:rsidRDefault="00106F48" w:rsidP="00106F48">
      <w:pPr>
        <w:keepLines/>
        <w:widowControl w:val="0"/>
        <w:spacing w:after="20" w:line="240" w:lineRule="auto"/>
        <w:jc w:val="both"/>
        <w:rPr>
          <w:lang w:val="hr-HR"/>
        </w:rPr>
      </w:pPr>
      <w:r w:rsidRPr="00106F48">
        <w:rPr>
          <w:i/>
          <w:lang w:val="hr-HR"/>
        </w:rPr>
        <w:t xml:space="preserve">BTS(n) </w:t>
      </w:r>
      <w:r w:rsidRPr="00106F48">
        <w:rPr>
          <w:lang w:val="hr-HR"/>
        </w:rPr>
        <w:t xml:space="preserve">se računa izrazom: </w:t>
      </w:r>
    </w:p>
    <w:p w14:paraId="52549C0C" w14:textId="77777777" w:rsidR="00106F48" w:rsidRPr="00106F48" w:rsidRDefault="00106F48" w:rsidP="00106F48">
      <w:pPr>
        <w:keepLines/>
        <w:widowControl w:val="0"/>
        <w:spacing w:after="20" w:line="240" w:lineRule="auto"/>
        <w:jc w:val="both"/>
        <w:rPr>
          <w:lang w:val="hr-HR"/>
        </w:rPr>
      </w:pPr>
    </w:p>
    <w:p w14:paraId="12F34AA2" w14:textId="77777777" w:rsidR="00106F48" w:rsidRPr="00106F48" w:rsidRDefault="00106F48" w:rsidP="00106F48">
      <w:pPr>
        <w:keepLines/>
        <w:widowControl w:val="0"/>
        <w:spacing w:after="45" w:line="252" w:lineRule="auto"/>
        <w:jc w:val="center"/>
        <w:rPr>
          <w:lang w:val="hr-HR"/>
        </w:rPr>
      </w:pPr>
      <w:r w:rsidRPr="00106F48">
        <w:rPr>
          <w:noProof/>
          <w:lang w:val="hr-HR" w:eastAsia="hr-HR"/>
        </w:rPr>
        <w:drawing>
          <wp:inline distT="0" distB="0" distL="0" distR="0" wp14:anchorId="6818FF44" wp14:editId="2205B171">
            <wp:extent cx="3600450" cy="268171"/>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8"/>
                    <a:stretch>
                      <a:fillRect/>
                    </a:stretch>
                  </pic:blipFill>
                  <pic:spPr>
                    <a:xfrm>
                      <a:off x="0" y="0"/>
                      <a:ext cx="3692285" cy="275011"/>
                    </a:xfrm>
                    <a:prstGeom prst="rect">
                      <a:avLst/>
                    </a:prstGeom>
                  </pic:spPr>
                </pic:pic>
              </a:graphicData>
            </a:graphic>
          </wp:inline>
        </w:drawing>
      </w:r>
    </w:p>
    <w:p w14:paraId="1A82ED44" w14:textId="77777777" w:rsidR="00106F48" w:rsidRPr="00106F48" w:rsidRDefault="00106F48" w:rsidP="00106F48">
      <w:pPr>
        <w:keepLines/>
        <w:widowControl w:val="0"/>
        <w:spacing w:after="45" w:line="252" w:lineRule="auto"/>
        <w:jc w:val="both"/>
        <w:rPr>
          <w:lang w:val="hr-HR"/>
        </w:rPr>
      </w:pPr>
      <w:r w:rsidRPr="00106F48">
        <w:rPr>
          <w:lang w:val="hr-HR"/>
        </w:rPr>
        <w:t xml:space="preserve"> gdje je: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39"/>
        <w:gridCol w:w="7833"/>
      </w:tblGrid>
      <w:tr w:rsidR="00106F48" w:rsidRPr="00106F48" w14:paraId="0977F712" w14:textId="77777777" w:rsidTr="00FF12B4">
        <w:tc>
          <w:tcPr>
            <w:tcW w:w="1242" w:type="dxa"/>
          </w:tcPr>
          <w:p w14:paraId="2BD4F6F6" w14:textId="77777777" w:rsidR="00106F48" w:rsidRPr="00106F48" w:rsidRDefault="00106F48" w:rsidP="00FF12B4">
            <w:pPr>
              <w:keepLines/>
              <w:widowControl w:val="0"/>
              <w:spacing w:after="60" w:line="252" w:lineRule="auto"/>
              <w:jc w:val="both"/>
              <w:rPr>
                <w:lang w:val="hr-HR"/>
              </w:rPr>
            </w:pPr>
            <w:r w:rsidRPr="00106F48">
              <w:rPr>
                <w:lang w:val="hr-HR"/>
              </w:rPr>
              <w:t>Ck(n-1)</w:t>
            </w:r>
          </w:p>
        </w:tc>
        <w:tc>
          <w:tcPr>
            <w:tcW w:w="8046" w:type="dxa"/>
          </w:tcPr>
          <w:p w14:paraId="24130A1E" w14:textId="77777777" w:rsidR="00106F48" w:rsidRPr="00106F48" w:rsidRDefault="00106F48" w:rsidP="00FF12B4">
            <w:pPr>
              <w:keepLines/>
              <w:widowControl w:val="0"/>
              <w:spacing w:after="60" w:line="252" w:lineRule="auto"/>
              <w:jc w:val="both"/>
              <w:rPr>
                <w:lang w:val="hr-HR"/>
              </w:rPr>
            </w:pPr>
            <w:r w:rsidRPr="00106F48">
              <w:rPr>
                <w:lang w:val="hr-HR"/>
              </w:rPr>
              <w:t>poticajna cijena izračunata za godinu n-1 bez dodatnog iznosa u EUR/kWh</w:t>
            </w:r>
          </w:p>
        </w:tc>
      </w:tr>
      <w:tr w:rsidR="00106F48" w:rsidRPr="00106F48" w14:paraId="25946F5C" w14:textId="77777777" w:rsidTr="00FF12B4">
        <w:tc>
          <w:tcPr>
            <w:tcW w:w="1242" w:type="dxa"/>
          </w:tcPr>
          <w:p w14:paraId="5A4E1CAB" w14:textId="77777777" w:rsidR="00106F48" w:rsidRPr="00106F48" w:rsidRDefault="00106F48" w:rsidP="00FF12B4">
            <w:pPr>
              <w:keepLines/>
              <w:widowControl w:val="0"/>
              <w:spacing w:after="60" w:line="252" w:lineRule="auto"/>
              <w:jc w:val="both"/>
              <w:rPr>
                <w:lang w:val="hr-HR"/>
              </w:rPr>
            </w:pPr>
            <w:r w:rsidRPr="00106F48">
              <w:rPr>
                <w:i/>
                <w:lang w:val="hr-HR"/>
              </w:rPr>
              <w:t>KTSsir(n)</w:t>
            </w:r>
          </w:p>
        </w:tc>
        <w:tc>
          <w:tcPr>
            <w:tcW w:w="8046" w:type="dxa"/>
          </w:tcPr>
          <w:p w14:paraId="01AEAFA1" w14:textId="77777777" w:rsidR="00106F48" w:rsidRPr="00106F48" w:rsidRDefault="00106F48" w:rsidP="00FF12B4">
            <w:pPr>
              <w:keepLines/>
              <w:widowControl w:val="0"/>
              <w:spacing w:after="60" w:line="252" w:lineRule="auto"/>
              <w:jc w:val="both"/>
              <w:rPr>
                <w:lang w:val="hr-HR"/>
              </w:rPr>
            </w:pPr>
            <w:r w:rsidRPr="00106F48">
              <w:rPr>
                <w:lang w:val="hr-HR"/>
              </w:rPr>
              <w:t>parametar nastupa promijenjenih okolnosti koji se određuje za godinu n.</w:t>
            </w:r>
          </w:p>
        </w:tc>
      </w:tr>
    </w:tbl>
    <w:p w14:paraId="4A80D4EB" w14:textId="77777777" w:rsidR="00106F48" w:rsidRPr="00106F48" w:rsidRDefault="00106F48" w:rsidP="00106F48">
      <w:pPr>
        <w:keepLines/>
        <w:widowControl w:val="0"/>
        <w:spacing w:after="45" w:line="252" w:lineRule="auto"/>
        <w:jc w:val="both"/>
        <w:rPr>
          <w:lang w:val="hr-HR"/>
        </w:rPr>
      </w:pPr>
    </w:p>
    <w:p w14:paraId="4B752A90" w14:textId="77777777" w:rsidR="00106F48" w:rsidRPr="00106F48" w:rsidRDefault="00106F48" w:rsidP="00106F48">
      <w:pPr>
        <w:keepLines/>
        <w:widowControl w:val="0"/>
        <w:spacing w:after="45" w:line="252" w:lineRule="auto"/>
        <w:jc w:val="both"/>
        <w:rPr>
          <w:lang w:val="hr-HR"/>
        </w:rPr>
      </w:pPr>
      <w:r w:rsidRPr="00106F48">
        <w:rPr>
          <w:lang w:val="hr-HR"/>
        </w:rPr>
        <w:t xml:space="preserve">(6) Parametar nastupa promijenjenih okolnosti KTSsir(n) je bezdimenzionalna veličina i računa se na sljedeći način: </w:t>
      </w:r>
    </w:p>
    <w:p w14:paraId="68EEC56E" w14:textId="77777777" w:rsidR="00106F48" w:rsidRPr="00106F48" w:rsidRDefault="00106F48" w:rsidP="00106F48">
      <w:pPr>
        <w:keepLines/>
        <w:widowControl w:val="0"/>
        <w:spacing w:after="45" w:line="252" w:lineRule="auto"/>
        <w:jc w:val="center"/>
        <w:rPr>
          <w:lang w:val="hr-HR"/>
        </w:rPr>
      </w:pPr>
      <w:r w:rsidRPr="00106F48">
        <w:rPr>
          <w:noProof/>
          <w:lang w:val="hr-HR" w:eastAsia="hr-HR"/>
        </w:rPr>
        <w:drawing>
          <wp:inline distT="0" distB="0" distL="0" distR="0" wp14:anchorId="4F74F871" wp14:editId="556BF053">
            <wp:extent cx="4846392" cy="671644"/>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9"/>
                    <a:stretch>
                      <a:fillRect/>
                    </a:stretch>
                  </pic:blipFill>
                  <pic:spPr>
                    <a:xfrm>
                      <a:off x="0" y="0"/>
                      <a:ext cx="4887217" cy="677302"/>
                    </a:xfrm>
                    <a:prstGeom prst="rect">
                      <a:avLst/>
                    </a:prstGeom>
                  </pic:spPr>
                </pic:pic>
              </a:graphicData>
            </a:graphic>
          </wp:inline>
        </w:drawing>
      </w:r>
    </w:p>
    <w:p w14:paraId="2B18F51D" w14:textId="77777777" w:rsidR="00106F48" w:rsidRPr="00106F48" w:rsidRDefault="00106F48" w:rsidP="00106F48">
      <w:pPr>
        <w:keepLines/>
        <w:widowControl w:val="0"/>
        <w:spacing w:after="45" w:line="252" w:lineRule="auto"/>
        <w:jc w:val="both"/>
        <w:rPr>
          <w:lang w:val="hr-HR"/>
        </w:rPr>
      </w:pPr>
      <w:r w:rsidRPr="00106F48">
        <w:rPr>
          <w:lang w:val="hr-HR"/>
        </w:rPr>
        <w:t xml:space="preserve"> gdje je: </w:t>
      </w:r>
    </w:p>
    <w:tbl>
      <w:tblPr>
        <w:tblStyle w:val="TableGrid"/>
        <w:tblW w:w="952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78"/>
        <w:gridCol w:w="8046"/>
      </w:tblGrid>
      <w:tr w:rsidR="00106F48" w:rsidRPr="00106F48" w14:paraId="6EE0BC54" w14:textId="77777777" w:rsidTr="00FF12B4">
        <w:tc>
          <w:tcPr>
            <w:tcW w:w="1478" w:type="dxa"/>
          </w:tcPr>
          <w:p w14:paraId="77801F71" w14:textId="77777777" w:rsidR="00106F48" w:rsidRPr="00106F48" w:rsidRDefault="00106F48" w:rsidP="00FF12B4">
            <w:pPr>
              <w:keepLines/>
              <w:widowControl w:val="0"/>
              <w:spacing w:afterLines="60" w:after="144" w:line="252" w:lineRule="auto"/>
              <w:jc w:val="both"/>
              <w:rPr>
                <w:lang w:val="hr-HR"/>
              </w:rPr>
            </w:pPr>
            <w:r w:rsidRPr="00106F48">
              <w:rPr>
                <w:i/>
                <w:lang w:val="hr-HR"/>
              </w:rPr>
              <w:t>KTSsir(n)</w:t>
            </w:r>
          </w:p>
        </w:tc>
        <w:tc>
          <w:tcPr>
            <w:tcW w:w="8046" w:type="dxa"/>
          </w:tcPr>
          <w:p w14:paraId="09431DF4" w14:textId="77777777" w:rsidR="00106F48" w:rsidRPr="00106F48" w:rsidRDefault="00106F48" w:rsidP="00FF12B4">
            <w:pPr>
              <w:keepLines/>
              <w:widowControl w:val="0"/>
              <w:spacing w:afterLines="60" w:after="144"/>
              <w:ind w:left="35"/>
              <w:jc w:val="both"/>
              <w:rPr>
                <w:lang w:val="hr-HR"/>
              </w:rPr>
            </w:pPr>
            <w:r w:rsidRPr="00106F48">
              <w:rPr>
                <w:lang w:val="hr-HR"/>
              </w:rPr>
              <w:t xml:space="preserve">parametar nastupa promijenjenih okolnosti koji se određuje za godinu n temeljem vrijednosti indeksa Indsir i indeksa CPI u godini n-1, za elektrane koje koriste bioplin koje imaju sklopljen ugovor prema Tarifnom sustavu za proizvodnju električne energije iz obnovljivih izvora energije i kogeneracije (»Narodne novine«, broj 33/07.), Tarifnom sustavu za proizvodnju električne energije iz obnovljivih izvora energije i kogeneracije (»Narodne novine«, br. 63/12., 121/12. i 144/12.) ili Tarifnom sustavu za proizvodnju električne energije iz obnovljivih izvora energije i kogeneracije (»Narodne novine«, br. 133/13., 151/13., 20/14., 107/14. i 100/15.) </w:t>
            </w:r>
          </w:p>
        </w:tc>
      </w:tr>
      <w:tr w:rsidR="00106F48" w:rsidRPr="00106F48" w14:paraId="35CA3F82" w14:textId="77777777" w:rsidTr="00FF12B4">
        <w:tc>
          <w:tcPr>
            <w:tcW w:w="1478" w:type="dxa"/>
          </w:tcPr>
          <w:p w14:paraId="3EA5E68A" w14:textId="77777777" w:rsidR="00106F48" w:rsidRPr="00106F48" w:rsidRDefault="00106F48" w:rsidP="00FF12B4">
            <w:pPr>
              <w:keepLines/>
              <w:widowControl w:val="0"/>
              <w:spacing w:afterLines="60" w:after="144" w:line="252" w:lineRule="auto"/>
              <w:jc w:val="both"/>
              <w:rPr>
                <w:lang w:val="hr-HR"/>
              </w:rPr>
            </w:pPr>
            <w:r w:rsidRPr="00106F48">
              <w:rPr>
                <w:i/>
                <w:lang w:val="hr-HR"/>
              </w:rPr>
              <w:t>KTSsir(n-1)</w:t>
            </w:r>
          </w:p>
        </w:tc>
        <w:tc>
          <w:tcPr>
            <w:tcW w:w="8046" w:type="dxa"/>
          </w:tcPr>
          <w:p w14:paraId="7D8A1811" w14:textId="77777777" w:rsidR="00106F48" w:rsidRPr="00106F48" w:rsidRDefault="00106F48" w:rsidP="00FF12B4">
            <w:pPr>
              <w:keepLines/>
              <w:widowControl w:val="0"/>
              <w:spacing w:afterLines="60" w:after="144"/>
              <w:jc w:val="both"/>
              <w:rPr>
                <w:lang w:val="hr-HR"/>
              </w:rPr>
            </w:pPr>
            <w:r w:rsidRPr="00106F48">
              <w:rPr>
                <w:lang w:val="hr-HR"/>
              </w:rPr>
              <w:t xml:space="preserve">parametar nastupa promijenjenih okolnosti koji je bio određen za godinu n-1 temeljem vrijednosti indeksa Indsir i indeksa CPI u godini n-2, za elektrane koje koriste bioplin koje imaju sklopljen ugovor prema Tarifnom sustavu za proizvodnju električne energije iz obnovljivih izvora energije i kogeneracije (»Narodne novine«, broj 33/07.), Tarifnom sustavu za proizvodnju električne energije iz obnovljivih izvora energije i kogeneracije (»Narodne novine«, br. 63/12., 121/12. i 144/12.) ili Tarifnom sustavu za proizvodnju električne energije iz obnovljivih izvora energije i kogeneracije (»Narodne novine«, br. 133/13., 151/13., 20/14., 107/14. i 100/15.) </w:t>
            </w:r>
          </w:p>
        </w:tc>
      </w:tr>
      <w:tr w:rsidR="00106F48" w:rsidRPr="00106F48" w14:paraId="56ABD018" w14:textId="77777777" w:rsidTr="00FF12B4">
        <w:tc>
          <w:tcPr>
            <w:tcW w:w="1478" w:type="dxa"/>
          </w:tcPr>
          <w:p w14:paraId="2AF33778" w14:textId="77777777" w:rsidR="00106F48" w:rsidRPr="00106F48" w:rsidRDefault="00106F48" w:rsidP="00FF12B4">
            <w:pPr>
              <w:keepLines/>
              <w:widowControl w:val="0"/>
              <w:spacing w:afterLines="60" w:after="144" w:line="252" w:lineRule="auto"/>
              <w:jc w:val="both"/>
              <w:rPr>
                <w:lang w:val="hr-HR"/>
              </w:rPr>
            </w:pPr>
            <w:r w:rsidRPr="00106F48">
              <w:rPr>
                <w:i/>
                <w:lang w:val="hr-HR"/>
              </w:rPr>
              <w:t>Indsir(n-1)</w:t>
            </w:r>
          </w:p>
        </w:tc>
        <w:tc>
          <w:tcPr>
            <w:tcW w:w="8046" w:type="dxa"/>
          </w:tcPr>
          <w:p w14:paraId="4FA3B6E2" w14:textId="77777777" w:rsidR="00106F48" w:rsidRPr="00106F48" w:rsidRDefault="00106F48" w:rsidP="00FF12B4">
            <w:pPr>
              <w:keepLines/>
              <w:widowControl w:val="0"/>
              <w:spacing w:afterLines="60" w:after="144" w:line="252" w:lineRule="auto"/>
              <w:jc w:val="both"/>
              <w:rPr>
                <w:lang w:val="hr-HR"/>
              </w:rPr>
            </w:pPr>
            <w:r w:rsidRPr="00106F48">
              <w:rPr>
                <w:lang w:val="hr-HR"/>
              </w:rPr>
              <w:t>godišnji indeks cijene kukuruza za siliranje zrna u godini n-1 (odnos cijene u prethodnoj kalendarskoj godini u odnosu na godinu prije), koji određuje Državni zavod za statistiku, a Hrvatski operator tržišta energije d.o.o. objavljuje na svojim internetskim stranicama</w:t>
            </w:r>
          </w:p>
        </w:tc>
      </w:tr>
      <w:tr w:rsidR="00106F48" w:rsidRPr="00106F48" w14:paraId="670F417D" w14:textId="77777777" w:rsidTr="00FF12B4">
        <w:tc>
          <w:tcPr>
            <w:tcW w:w="1478" w:type="dxa"/>
          </w:tcPr>
          <w:p w14:paraId="185B1A50" w14:textId="77777777" w:rsidR="00106F48" w:rsidRPr="00106F48" w:rsidRDefault="00106F48" w:rsidP="00FF12B4">
            <w:pPr>
              <w:keepLines/>
              <w:widowControl w:val="0"/>
              <w:spacing w:afterLines="60" w:after="144" w:line="252" w:lineRule="auto"/>
              <w:jc w:val="both"/>
              <w:rPr>
                <w:lang w:val="hr-HR"/>
              </w:rPr>
            </w:pPr>
            <w:r w:rsidRPr="00106F48">
              <w:rPr>
                <w:i/>
                <w:lang w:val="hr-HR"/>
              </w:rPr>
              <w:t>CPI(n-1)</w:t>
            </w:r>
          </w:p>
        </w:tc>
        <w:tc>
          <w:tcPr>
            <w:tcW w:w="8046" w:type="dxa"/>
          </w:tcPr>
          <w:p w14:paraId="7A0D309F" w14:textId="77777777" w:rsidR="00106F48" w:rsidRPr="00106F48" w:rsidRDefault="00106F48" w:rsidP="00FF12B4">
            <w:pPr>
              <w:keepLines/>
              <w:widowControl w:val="0"/>
              <w:spacing w:afterLines="60" w:after="144" w:line="252" w:lineRule="auto"/>
              <w:jc w:val="both"/>
              <w:rPr>
                <w:lang w:val="hr-HR"/>
              </w:rPr>
            </w:pPr>
            <w:r w:rsidRPr="00106F48">
              <w:rPr>
                <w:lang w:val="hr-HR"/>
              </w:rPr>
              <w:t>prosječni godišnji indeks potrošačkih cijena koji objavljuje Državni zavod za statistiku za godinu n-1</w:t>
            </w:r>
          </w:p>
        </w:tc>
      </w:tr>
      <w:tr w:rsidR="00106F48" w:rsidRPr="00106F48" w14:paraId="4EDE0484" w14:textId="77777777" w:rsidTr="00FF12B4">
        <w:tc>
          <w:tcPr>
            <w:tcW w:w="1478" w:type="dxa"/>
          </w:tcPr>
          <w:p w14:paraId="4F5050D2" w14:textId="77777777" w:rsidR="00106F48" w:rsidRPr="00106F48" w:rsidRDefault="00106F48" w:rsidP="00FF12B4">
            <w:pPr>
              <w:keepLines/>
              <w:widowControl w:val="0"/>
              <w:spacing w:afterLines="60" w:after="144" w:line="252" w:lineRule="auto"/>
              <w:jc w:val="both"/>
              <w:rPr>
                <w:i/>
                <w:lang w:val="hr-HR"/>
              </w:rPr>
            </w:pPr>
            <w:r w:rsidRPr="00106F48">
              <w:rPr>
                <w:i/>
                <w:lang w:val="hr-HR"/>
              </w:rPr>
              <w:t>n</w:t>
            </w:r>
          </w:p>
        </w:tc>
        <w:tc>
          <w:tcPr>
            <w:tcW w:w="8046" w:type="dxa"/>
          </w:tcPr>
          <w:p w14:paraId="57395E28" w14:textId="77777777" w:rsidR="00106F48" w:rsidRPr="00106F48" w:rsidRDefault="00106F48" w:rsidP="00FF12B4">
            <w:pPr>
              <w:keepLines/>
              <w:widowControl w:val="0"/>
              <w:spacing w:afterLines="60" w:after="144" w:line="252" w:lineRule="auto"/>
              <w:jc w:val="both"/>
              <w:rPr>
                <w:lang w:val="hr-HR"/>
              </w:rPr>
            </w:pPr>
            <w:r w:rsidRPr="00106F48">
              <w:rPr>
                <w:lang w:val="hr-HR"/>
              </w:rPr>
              <w:t>godina na koju se odnosi dodatni iznos na koji povlašteni proizvođač ima pravo</w:t>
            </w:r>
          </w:p>
        </w:tc>
      </w:tr>
      <w:tr w:rsidR="00106F48" w:rsidRPr="00106F48" w14:paraId="79FC1C14" w14:textId="77777777" w:rsidTr="00FF12B4">
        <w:tc>
          <w:tcPr>
            <w:tcW w:w="1478" w:type="dxa"/>
          </w:tcPr>
          <w:p w14:paraId="36600994" w14:textId="77777777" w:rsidR="00106F48" w:rsidRPr="00106F48" w:rsidRDefault="00106F48" w:rsidP="00FF12B4">
            <w:pPr>
              <w:keepLines/>
              <w:widowControl w:val="0"/>
              <w:spacing w:afterLines="60" w:after="144" w:line="252" w:lineRule="auto"/>
              <w:jc w:val="both"/>
              <w:rPr>
                <w:i/>
                <w:lang w:val="hr-HR"/>
              </w:rPr>
            </w:pPr>
            <w:r w:rsidRPr="00106F48">
              <w:rPr>
                <w:i/>
                <w:lang w:val="hr-HR"/>
              </w:rPr>
              <w:t>n-1</w:t>
            </w:r>
          </w:p>
        </w:tc>
        <w:tc>
          <w:tcPr>
            <w:tcW w:w="8046" w:type="dxa"/>
          </w:tcPr>
          <w:p w14:paraId="1D5C5380" w14:textId="77777777" w:rsidR="00106F48" w:rsidRPr="00106F48" w:rsidRDefault="00106F48" w:rsidP="00FF12B4">
            <w:pPr>
              <w:keepLines/>
              <w:widowControl w:val="0"/>
              <w:spacing w:afterLines="60" w:after="144" w:line="252" w:lineRule="auto"/>
              <w:jc w:val="both"/>
              <w:rPr>
                <w:lang w:val="hr-HR"/>
              </w:rPr>
            </w:pPr>
            <w:r w:rsidRPr="00106F48">
              <w:rPr>
                <w:lang w:val="hr-HR"/>
              </w:rPr>
              <w:t>prethodna godina u odnosu na godinu n.</w:t>
            </w:r>
          </w:p>
        </w:tc>
      </w:tr>
    </w:tbl>
    <w:p w14:paraId="57CE2F83" w14:textId="77777777" w:rsidR="00106F48" w:rsidRPr="00106F48" w:rsidRDefault="00106F48" w:rsidP="00106F48">
      <w:pPr>
        <w:keepLines/>
        <w:widowControl w:val="0"/>
        <w:spacing w:after="45" w:line="252" w:lineRule="auto"/>
        <w:jc w:val="both"/>
        <w:rPr>
          <w:lang w:val="hr-HR"/>
        </w:rPr>
      </w:pPr>
    </w:p>
    <w:p w14:paraId="1C01A55C" w14:textId="77777777" w:rsidR="00106F48" w:rsidRPr="00106F48" w:rsidRDefault="00106F48" w:rsidP="00106F48">
      <w:pPr>
        <w:keepLines/>
        <w:widowControl w:val="0"/>
        <w:spacing w:after="45" w:line="252" w:lineRule="auto"/>
        <w:jc w:val="both"/>
        <w:rPr>
          <w:lang w:val="hr-HR"/>
        </w:rPr>
      </w:pPr>
      <w:r w:rsidRPr="00106F48">
        <w:rPr>
          <w:lang w:val="hr-HR"/>
        </w:rPr>
        <w:t xml:space="preserve">(7) Parametar promijenjenih okolnosti </w:t>
      </w:r>
      <w:r w:rsidRPr="00106F48">
        <w:rPr>
          <w:i/>
          <w:lang w:val="hr-HR"/>
        </w:rPr>
        <w:t xml:space="preserve">KTSsir(2021) </w:t>
      </w:r>
      <w:r w:rsidRPr="00106F48">
        <w:rPr>
          <w:lang w:val="hr-HR"/>
        </w:rPr>
        <w:t xml:space="preserve">(parametar </w:t>
      </w:r>
      <w:r w:rsidRPr="00106F48">
        <w:rPr>
          <w:i/>
          <w:lang w:val="hr-HR"/>
        </w:rPr>
        <w:t xml:space="preserve">KTSsir </w:t>
      </w:r>
      <w:r w:rsidRPr="00106F48">
        <w:rPr>
          <w:lang w:val="hr-HR"/>
        </w:rPr>
        <w:t xml:space="preserve">za 2021. godinu) iznosi 1, a dalje se za svaku iduću godinu računa sukladno stavku 6. ovoga članka. </w:t>
      </w:r>
    </w:p>
    <w:p w14:paraId="06317C10" w14:textId="77777777" w:rsidR="00106F48" w:rsidRPr="00106F48" w:rsidRDefault="00106F48" w:rsidP="00106F48">
      <w:pPr>
        <w:keepLines/>
        <w:widowControl w:val="0"/>
        <w:spacing w:after="45" w:line="252" w:lineRule="auto"/>
        <w:jc w:val="both"/>
        <w:rPr>
          <w:lang w:val="hr-HR"/>
        </w:rPr>
      </w:pPr>
      <w:r w:rsidRPr="00106F48">
        <w:rPr>
          <w:lang w:val="hr-HR"/>
        </w:rPr>
        <w:t>(8) Za potrebe izračuna parametra KTSsir(n) vrijednost parametra KTSsir(2024) iznosi 1,7.</w:t>
      </w:r>
    </w:p>
    <w:p w14:paraId="337129C9" w14:textId="77777777" w:rsidR="00106F48" w:rsidRPr="00106F48" w:rsidRDefault="00106F48" w:rsidP="00106F48">
      <w:pPr>
        <w:keepLines/>
        <w:widowControl w:val="0"/>
        <w:spacing w:after="45" w:line="252" w:lineRule="auto"/>
        <w:jc w:val="both"/>
        <w:rPr>
          <w:lang w:val="hr-HR"/>
        </w:rPr>
      </w:pPr>
      <w:r w:rsidRPr="00106F48">
        <w:rPr>
          <w:lang w:val="hr-HR"/>
        </w:rPr>
        <w:t xml:space="preserve">(9) U godini u kojoj je parametar promijenjenih okolnosti KTSsir(n) veći od 1, smatra se da su nastupile promijenjene okolnosti, te povlašteni proizvođači iz stavka 1. ovoga članka mogu ostvariti pravo na dodatni iznos poticajne cijene. </w:t>
      </w:r>
    </w:p>
    <w:p w14:paraId="175CD1CC" w14:textId="77777777" w:rsidR="00106F48" w:rsidRPr="00106F48" w:rsidRDefault="00106F48" w:rsidP="00106F48">
      <w:pPr>
        <w:keepLines/>
        <w:widowControl w:val="0"/>
        <w:spacing w:after="45" w:line="252" w:lineRule="auto"/>
        <w:jc w:val="both"/>
        <w:rPr>
          <w:lang w:val="hr-HR"/>
        </w:rPr>
      </w:pPr>
      <w:r w:rsidRPr="00106F48">
        <w:rPr>
          <w:lang w:val="hr-HR"/>
        </w:rPr>
        <w:t xml:space="preserve">(10) U godini u kojoj parametar promijenjenih okolnosti </w:t>
      </w:r>
      <w:r w:rsidRPr="00106F48">
        <w:rPr>
          <w:i/>
          <w:lang w:val="hr-HR"/>
        </w:rPr>
        <w:t xml:space="preserve">KTSsir(n) </w:t>
      </w:r>
      <w:r w:rsidRPr="00106F48">
        <w:rPr>
          <w:lang w:val="hr-HR"/>
        </w:rPr>
        <w:t xml:space="preserve">ima vrijednost manju od ili jednaku 1, dodatak </w:t>
      </w:r>
      <w:r w:rsidRPr="00106F48">
        <w:rPr>
          <w:i/>
          <w:lang w:val="hr-HR"/>
        </w:rPr>
        <w:t xml:space="preserve">BTS(n) </w:t>
      </w:r>
      <w:r w:rsidRPr="00106F48">
        <w:rPr>
          <w:lang w:val="hr-HR"/>
        </w:rPr>
        <w:t xml:space="preserve">ima vrijednost nula, te se smatra da nisu nastupile promijenjene okolnosti. </w:t>
      </w:r>
    </w:p>
    <w:p w14:paraId="5EE9476A" w14:textId="77777777" w:rsidR="00106F48" w:rsidRPr="00106F48" w:rsidRDefault="00106F48" w:rsidP="00106F48">
      <w:pPr>
        <w:keepLines/>
        <w:widowControl w:val="0"/>
        <w:spacing w:after="45" w:line="252" w:lineRule="auto"/>
        <w:jc w:val="both"/>
        <w:rPr>
          <w:lang w:val="hr-HR"/>
        </w:rPr>
      </w:pPr>
      <w:r w:rsidRPr="00106F48">
        <w:rPr>
          <w:lang w:val="hr-HR"/>
        </w:rPr>
        <w:t xml:space="preserve">(11) Povlašteni proizvođač iz stavka 1. ovoga članka je odgovoran za točnost i istinitost podataka i dokumentacije dostavljene društvu Hrvatski operator tržišta energije d.o.o., a ako povlašteni proizvođač za kojeg se utvrdi da je dao netočne podatke na temelju kojih je usvojen zahtjev za sklapanje dodatka ugovora o otkupu ili netočne podatke utvrđene dodatkom ugovora iz stavka 4. ovoga članka, dodatak ugovora o otkupu se raskida, a povlašteni proizvođač je dužan vratiti sve koristi te društvu Hrvatski operator tržišta energije d.o.o. nadoknaditi svu nastalu štetu. </w:t>
      </w:r>
    </w:p>
    <w:p w14:paraId="36659236" w14:textId="77777777" w:rsidR="00106F48" w:rsidRPr="00106F48" w:rsidRDefault="00106F48" w:rsidP="00106F48">
      <w:pPr>
        <w:keepLines/>
        <w:widowControl w:val="0"/>
        <w:spacing w:after="45" w:line="252" w:lineRule="auto"/>
        <w:jc w:val="both"/>
        <w:rPr>
          <w:lang w:val="hr-HR"/>
        </w:rPr>
      </w:pPr>
      <w:r w:rsidRPr="00106F48">
        <w:rPr>
          <w:lang w:val="hr-HR"/>
        </w:rPr>
        <w:t xml:space="preserve">(12) Za cijelo vrijeme važenja dodatka ugovora o otkupu iz stavka 4. ovoga članka, najkasnije do 28. veljače tekuće godine povlašteni proizvođač je u obvezi dostavljati dokumentaciju iz stavka 3. ovoga članka za prethodnu kalendarsku godinu. </w:t>
      </w:r>
    </w:p>
    <w:p w14:paraId="71A70040" w14:textId="77777777" w:rsidR="00106F48" w:rsidRPr="00106F48" w:rsidRDefault="00106F48" w:rsidP="00106F48">
      <w:pPr>
        <w:keepLines/>
        <w:widowControl w:val="0"/>
        <w:spacing w:after="45" w:line="252" w:lineRule="auto"/>
        <w:jc w:val="both"/>
        <w:rPr>
          <w:lang w:val="hr-HR"/>
        </w:rPr>
      </w:pPr>
      <w:r w:rsidRPr="00106F48">
        <w:rPr>
          <w:lang w:val="hr-HR"/>
        </w:rPr>
        <w:t xml:space="preserve">(13) Protiv rješenja društva Hrvatski operator tržišta energije d.o.o. iz stavka 2. ovoga članka može se izjaviti žalba Ministarstvu gospodarstva. </w:t>
      </w:r>
    </w:p>
    <w:p w14:paraId="2EC180E6" w14:textId="77777777" w:rsidR="00106F48" w:rsidRPr="00106F48" w:rsidRDefault="00106F48" w:rsidP="00106F48">
      <w:pPr>
        <w:keepLines/>
        <w:widowControl w:val="0"/>
        <w:spacing w:after="45" w:line="252" w:lineRule="auto"/>
        <w:jc w:val="both"/>
        <w:rPr>
          <w:lang w:val="hr-HR"/>
        </w:rPr>
      </w:pPr>
    </w:p>
    <w:p w14:paraId="507AD5E4" w14:textId="77777777" w:rsidR="00106F48" w:rsidRPr="00106F48" w:rsidRDefault="00106F48" w:rsidP="00106F48">
      <w:pPr>
        <w:widowControl w:val="0"/>
        <w:spacing w:before="100" w:after="60" w:line="252" w:lineRule="auto"/>
        <w:jc w:val="center"/>
        <w:rPr>
          <w:lang w:val="hr-HR"/>
        </w:rPr>
      </w:pPr>
      <w:r w:rsidRPr="00106F48">
        <w:rPr>
          <w:lang w:val="hr-HR"/>
        </w:rPr>
        <w:t>TOPLINSKA ENERGIJA</w:t>
      </w:r>
    </w:p>
    <w:p w14:paraId="136C599B" w14:textId="77777777" w:rsidR="00106F48" w:rsidRPr="00106F48" w:rsidRDefault="00106F48" w:rsidP="00106F48">
      <w:pPr>
        <w:widowControl w:val="0"/>
        <w:spacing w:before="100" w:after="60" w:line="252" w:lineRule="auto"/>
        <w:jc w:val="center"/>
        <w:rPr>
          <w:lang w:val="hr-HR"/>
        </w:rPr>
      </w:pPr>
      <w:r w:rsidRPr="00106F48">
        <w:rPr>
          <w:lang w:val="hr-HR"/>
        </w:rPr>
        <w:t>Članak 8.</w:t>
      </w:r>
    </w:p>
    <w:p w14:paraId="3EB6579D" w14:textId="77777777" w:rsidR="00106F48" w:rsidRPr="00106F48" w:rsidRDefault="00106F48" w:rsidP="00106F48">
      <w:pPr>
        <w:widowControl w:val="0"/>
        <w:spacing w:before="100" w:after="60" w:line="252" w:lineRule="auto"/>
        <w:jc w:val="both"/>
        <w:rPr>
          <w:lang w:val="hr-HR"/>
        </w:rPr>
      </w:pPr>
      <w:r w:rsidRPr="00106F48">
        <w:rPr>
          <w:lang w:val="hr-HR"/>
        </w:rPr>
        <w:t>(1) Za razdoblje od 1. listopada 2026. do 31. ožujka 2027. subvencionira se dio krajnje cijene isporučene toplinske energije za sve krajnje kupce</w:t>
      </w:r>
      <w:r w:rsidRPr="00106F48">
        <w:t xml:space="preserve"> </w:t>
      </w:r>
      <w:r w:rsidRPr="00106F48">
        <w:rPr>
          <w:lang w:val="hr-HR"/>
        </w:rPr>
        <w:t>osim za krajnje kupce koji koriste toplinsku energiju pretežito za poslovnu upotrebu.</w:t>
      </w:r>
    </w:p>
    <w:p w14:paraId="744C06BC" w14:textId="77777777" w:rsidR="00106F48" w:rsidRPr="00106F48" w:rsidRDefault="00106F48" w:rsidP="00106F48">
      <w:pPr>
        <w:widowControl w:val="0"/>
        <w:spacing w:before="100" w:after="60" w:line="252" w:lineRule="auto"/>
        <w:jc w:val="both"/>
        <w:rPr>
          <w:lang w:val="hr-HR"/>
        </w:rPr>
      </w:pPr>
      <w:r w:rsidRPr="00106F48">
        <w:rPr>
          <w:lang w:val="hr-HR"/>
        </w:rPr>
        <w:t>(2) Vlada Republike Hrvatske će odlukom, na temelju izračuna Hrvatske energetske regulatorne agencije, odrediti iznos subvencije, način obračuna i iskazivanja subvencije na računima te način podnošenja i provjere zahtjeva za nadoknadu te način isplate nadoknade.</w:t>
      </w:r>
    </w:p>
    <w:p w14:paraId="23AB5F4C" w14:textId="77777777" w:rsidR="00106F48" w:rsidRPr="00106F48" w:rsidRDefault="00106F48" w:rsidP="00106F48">
      <w:pPr>
        <w:widowControl w:val="0"/>
        <w:spacing w:before="100" w:after="60" w:line="252" w:lineRule="auto"/>
        <w:jc w:val="both"/>
        <w:rPr>
          <w:lang w:val="hr-HR"/>
        </w:rPr>
      </w:pPr>
    </w:p>
    <w:p w14:paraId="0073A9F9" w14:textId="77777777" w:rsidR="00106F48" w:rsidRPr="00106F48" w:rsidRDefault="00106F48" w:rsidP="00106F48">
      <w:pPr>
        <w:widowControl w:val="0"/>
        <w:spacing w:before="100" w:after="60" w:line="252" w:lineRule="auto"/>
        <w:jc w:val="center"/>
        <w:rPr>
          <w:lang w:val="hr-HR"/>
        </w:rPr>
      </w:pPr>
      <w:r w:rsidRPr="00106F48">
        <w:rPr>
          <w:lang w:val="hr-HR"/>
        </w:rPr>
        <w:t>OSTALE ODREDBE</w:t>
      </w:r>
    </w:p>
    <w:p w14:paraId="704C743F" w14:textId="77777777" w:rsidR="00106F48" w:rsidRPr="00106F48" w:rsidRDefault="00106F48" w:rsidP="00106F48">
      <w:pPr>
        <w:widowControl w:val="0"/>
        <w:spacing w:after="45" w:line="252" w:lineRule="auto"/>
        <w:jc w:val="center"/>
        <w:rPr>
          <w:lang w:val="hr-HR"/>
        </w:rPr>
      </w:pPr>
      <w:r w:rsidRPr="00106F48">
        <w:rPr>
          <w:lang w:val="hr-HR"/>
        </w:rPr>
        <w:t>Članak 9.</w:t>
      </w:r>
    </w:p>
    <w:p w14:paraId="401476F8" w14:textId="77777777" w:rsidR="00106F48" w:rsidRPr="00106F48" w:rsidRDefault="00106F48" w:rsidP="00106F48">
      <w:pPr>
        <w:widowControl w:val="0"/>
        <w:spacing w:before="100" w:after="60" w:line="252" w:lineRule="auto"/>
        <w:jc w:val="both"/>
        <w:rPr>
          <w:lang w:val="hr-HR"/>
        </w:rPr>
      </w:pPr>
      <w:r w:rsidRPr="00106F48">
        <w:rPr>
          <w:lang w:val="hr-HR"/>
        </w:rPr>
        <w:t xml:space="preserve">(1) Ministarstvo gospodarstva može, prema potrebi, donijeti uputu energetskim subjektima o postupanju u provedbi ove Uredbe. </w:t>
      </w:r>
    </w:p>
    <w:p w14:paraId="6C24E4A1" w14:textId="77777777" w:rsidR="00106F48" w:rsidRPr="00106F48" w:rsidRDefault="00106F48" w:rsidP="00106F48">
      <w:pPr>
        <w:widowControl w:val="0"/>
        <w:spacing w:before="100" w:after="60" w:line="252" w:lineRule="auto"/>
        <w:jc w:val="both"/>
        <w:rPr>
          <w:lang w:val="hr-HR"/>
        </w:rPr>
      </w:pPr>
      <w:r w:rsidRPr="00106F48">
        <w:rPr>
          <w:lang w:val="hr-HR"/>
        </w:rPr>
        <w:t>(2) Društva Hrvatski operator prijenosnog sustava d.d., HEP – Operator distribucijskog sustava d.o.o., PLINACRO d.o.o. neće podnositi zahtjev Hrvatskoj energetskoj regulatornoj agenciji za promjenom iznosa tarifnih stavki do 31. ožujka 2027.</w:t>
      </w:r>
    </w:p>
    <w:p w14:paraId="5E63DAD7" w14:textId="77777777" w:rsidR="00106F48" w:rsidRPr="00106F48" w:rsidRDefault="00106F48" w:rsidP="00106F48">
      <w:pPr>
        <w:widowControl w:val="0"/>
        <w:spacing w:before="100" w:after="60" w:line="252" w:lineRule="auto"/>
        <w:jc w:val="both"/>
        <w:rPr>
          <w:lang w:val="hr-HR"/>
        </w:rPr>
      </w:pPr>
    </w:p>
    <w:p w14:paraId="37CF48BE" w14:textId="77777777" w:rsidR="00106F48" w:rsidRPr="00106F48" w:rsidRDefault="00106F48" w:rsidP="00106F48">
      <w:pPr>
        <w:widowControl w:val="0"/>
        <w:spacing w:before="100" w:after="60" w:line="252" w:lineRule="auto"/>
        <w:jc w:val="center"/>
        <w:rPr>
          <w:lang w:val="hr-HR"/>
        </w:rPr>
      </w:pPr>
      <w:r w:rsidRPr="00106F48">
        <w:rPr>
          <w:lang w:val="hr-HR"/>
        </w:rPr>
        <w:t>Članak 10.</w:t>
      </w:r>
    </w:p>
    <w:p w14:paraId="26266450" w14:textId="77777777" w:rsidR="00106F48" w:rsidRPr="00106F48" w:rsidRDefault="00106F48" w:rsidP="00106F48">
      <w:pPr>
        <w:widowControl w:val="0"/>
        <w:spacing w:after="45" w:line="252" w:lineRule="auto"/>
        <w:jc w:val="both"/>
        <w:rPr>
          <w:lang w:val="hr-HR"/>
        </w:rPr>
      </w:pPr>
      <w:r w:rsidRPr="00106F48">
        <w:rPr>
          <w:lang w:val="hr-HR"/>
        </w:rPr>
        <w:t xml:space="preserve">Vlada Republike Hrvatske poduzet će potrebne mjere u svrhu osiguranja održivosti poslovanja i investicijskog potencijala društva Hrvatska elektroprivreda d.d. </w:t>
      </w:r>
    </w:p>
    <w:p w14:paraId="29E308E3" w14:textId="77777777" w:rsidR="00106F48" w:rsidRPr="00106F48" w:rsidRDefault="00106F48" w:rsidP="00106F48">
      <w:pPr>
        <w:widowControl w:val="0"/>
        <w:spacing w:after="45" w:line="252" w:lineRule="auto"/>
        <w:jc w:val="both"/>
        <w:rPr>
          <w:lang w:val="hr-HR"/>
        </w:rPr>
      </w:pPr>
    </w:p>
    <w:p w14:paraId="05D8AC4F" w14:textId="77777777" w:rsidR="00106F48" w:rsidRPr="00106F48" w:rsidRDefault="00106F48" w:rsidP="00106F48">
      <w:pPr>
        <w:widowControl w:val="0"/>
        <w:spacing w:before="120" w:after="80" w:line="252" w:lineRule="auto"/>
        <w:jc w:val="center"/>
        <w:rPr>
          <w:lang w:val="hr-HR"/>
        </w:rPr>
      </w:pPr>
      <w:r w:rsidRPr="00106F48">
        <w:rPr>
          <w:lang w:val="hr-HR"/>
        </w:rPr>
        <w:t>PRIJELAZNE I ZAVRŠNE ODREDBE</w:t>
      </w:r>
    </w:p>
    <w:p w14:paraId="6456FCE2" w14:textId="77777777" w:rsidR="00106F48" w:rsidRPr="00106F48" w:rsidRDefault="00106F48" w:rsidP="00106F48">
      <w:pPr>
        <w:widowControl w:val="0"/>
        <w:spacing w:before="100" w:after="60" w:line="252" w:lineRule="auto"/>
        <w:jc w:val="center"/>
        <w:rPr>
          <w:lang w:val="hr-HR"/>
        </w:rPr>
      </w:pPr>
      <w:r w:rsidRPr="00106F48">
        <w:rPr>
          <w:lang w:val="hr-HR"/>
        </w:rPr>
        <w:t>Članak 11.</w:t>
      </w:r>
    </w:p>
    <w:p w14:paraId="78304E0E" w14:textId="77777777" w:rsidR="00106F48" w:rsidRPr="00106F48" w:rsidRDefault="00106F48" w:rsidP="00106F48">
      <w:pPr>
        <w:widowControl w:val="0"/>
        <w:spacing w:after="45" w:line="252" w:lineRule="auto"/>
        <w:jc w:val="both"/>
        <w:rPr>
          <w:lang w:val="hr-HR"/>
        </w:rPr>
      </w:pPr>
      <w:r w:rsidRPr="00106F48">
        <w:rPr>
          <w:lang w:val="hr-HR"/>
        </w:rPr>
        <w:t>Postupci pokrenuti i zahtjevi podneseni na temelju Uredbe o otklanjanju poremećaja na domaćem tržištu energije (»Narodne novine«, br. 31/23., 74/23., 107/23., 122/23., 32/24., 104/24., 132/24., 56/25., 121/25., 122/25. i 29/26.) do dana stupanja na snagu ove Uredbe, a koji do toga dana nisu dovršeni, dovršit će se prema odredbama Uredbe o otklanjanju poremećaja na domaćem tržištu energije (»Narodne novine«, br. 31/23., 74/23., 107/23., 122/23., 32/24., 104/24., 132/24., 56/25., 121/25., 122/25. i 29/26.).</w:t>
      </w:r>
    </w:p>
    <w:p w14:paraId="702F54C3" w14:textId="77777777" w:rsidR="00106F48" w:rsidRPr="00106F48" w:rsidRDefault="00106F48" w:rsidP="00106F48">
      <w:pPr>
        <w:widowControl w:val="0"/>
        <w:spacing w:after="45" w:line="252" w:lineRule="auto"/>
        <w:jc w:val="both"/>
        <w:rPr>
          <w:lang w:val="hr-HR"/>
        </w:rPr>
      </w:pPr>
    </w:p>
    <w:p w14:paraId="62D3A969" w14:textId="77777777" w:rsidR="00106F48" w:rsidRPr="00106F48" w:rsidRDefault="00106F48" w:rsidP="00106F48">
      <w:pPr>
        <w:widowControl w:val="0"/>
        <w:spacing w:after="45" w:line="252" w:lineRule="auto"/>
        <w:jc w:val="center"/>
        <w:rPr>
          <w:lang w:val="hr-HR"/>
        </w:rPr>
      </w:pPr>
      <w:r w:rsidRPr="00106F48">
        <w:rPr>
          <w:lang w:val="hr-HR"/>
        </w:rPr>
        <w:t>Članak 12.</w:t>
      </w:r>
    </w:p>
    <w:p w14:paraId="6D1702A0" w14:textId="77777777" w:rsidR="00106F48" w:rsidRPr="00106F48" w:rsidRDefault="00106F48" w:rsidP="00106F48">
      <w:pPr>
        <w:widowControl w:val="0"/>
        <w:spacing w:after="45" w:line="252" w:lineRule="auto"/>
        <w:jc w:val="both"/>
        <w:rPr>
          <w:lang w:val="hr-HR"/>
        </w:rPr>
      </w:pPr>
      <w:r w:rsidRPr="00106F48">
        <w:rPr>
          <w:lang w:val="hr-HR"/>
        </w:rPr>
        <w:t>Prava na nadoknadu sredstava, nadoknadu razlike u cijeni i druga prava koja se odnose na razdoblja prije stupanja na snagu ove Uredbe ostvaruju se i izvršavaju prema odredbama Uredbe o otklanjanju poremećaja na domaćem tržištu energije (»Narodne novine«, br. 31/23., 74/23., 107/23., 122/23., 32/24., 104/24., 132/24., 56/25., 121/25., 122/25. i 29/26.), uz primjenu rokova propisanih Uredbom</w:t>
      </w:r>
      <w:r w:rsidRPr="00106F48">
        <w:t xml:space="preserve"> </w:t>
      </w:r>
      <w:r w:rsidRPr="00106F48">
        <w:rPr>
          <w:lang w:val="hr-HR"/>
        </w:rPr>
        <w:t>o otklanjanju poremećaja na domaćem tržištu energije (»Narodne novine«, br. 31/23., 74/23., 107/23., 122/23., 32/24., 104/24., 132/24., 56/25., 121/25., 122/25. i 29/26.).</w:t>
      </w:r>
    </w:p>
    <w:p w14:paraId="26CC9A08" w14:textId="77777777" w:rsidR="00106F48" w:rsidRPr="00106F48" w:rsidRDefault="00106F48" w:rsidP="00106F48">
      <w:pPr>
        <w:widowControl w:val="0"/>
        <w:spacing w:after="45" w:line="252" w:lineRule="auto"/>
        <w:jc w:val="both"/>
        <w:rPr>
          <w:lang w:val="hr-HR"/>
        </w:rPr>
      </w:pPr>
    </w:p>
    <w:p w14:paraId="123DD995" w14:textId="77777777" w:rsidR="00106F48" w:rsidRPr="00106F48" w:rsidRDefault="00106F48" w:rsidP="00106F48">
      <w:pPr>
        <w:widowControl w:val="0"/>
        <w:spacing w:after="45" w:line="252" w:lineRule="auto"/>
        <w:jc w:val="center"/>
        <w:rPr>
          <w:lang w:val="hr-HR"/>
        </w:rPr>
      </w:pPr>
      <w:r w:rsidRPr="00106F48">
        <w:rPr>
          <w:lang w:val="hr-HR"/>
        </w:rPr>
        <w:t>Članak 13.</w:t>
      </w:r>
    </w:p>
    <w:p w14:paraId="69D0F734" w14:textId="77777777" w:rsidR="00106F48" w:rsidRPr="00106F48" w:rsidRDefault="00106F48" w:rsidP="00106F48">
      <w:pPr>
        <w:widowControl w:val="0"/>
        <w:spacing w:after="45" w:line="252" w:lineRule="auto"/>
        <w:jc w:val="both"/>
        <w:rPr>
          <w:lang w:val="hr-HR"/>
        </w:rPr>
      </w:pPr>
      <w:r w:rsidRPr="00106F48">
        <w:rPr>
          <w:lang w:val="hr-HR"/>
        </w:rPr>
        <w:t>(1) Kupci koji na dan 30. rujna 2026. koriste zajamčenu opskrbu plinom na temelju Uredbe o otklanjanju poremećaja na domaćem tržištu energije (»Narodne novine«, br. 31/23., 74/23., 107/23., 122/23., 32/24., 104/24., 132/24., 56/25., 121/25., 122/25. i 29/26.), mogu nastaviti koristiti to pravo do sklapanja ugovora o opskrbi plinom po tržišnim principima, a najkasnije do 31. ožujka 2027.</w:t>
      </w:r>
    </w:p>
    <w:p w14:paraId="10A86A13" w14:textId="77777777" w:rsidR="00106F48" w:rsidRPr="00106F48" w:rsidRDefault="00106F48" w:rsidP="00106F48">
      <w:pPr>
        <w:widowControl w:val="0"/>
        <w:spacing w:after="45" w:line="252" w:lineRule="auto"/>
        <w:jc w:val="both"/>
        <w:rPr>
          <w:lang w:val="hr-HR"/>
        </w:rPr>
      </w:pPr>
      <w:r w:rsidRPr="00106F48">
        <w:rPr>
          <w:lang w:val="hr-HR"/>
        </w:rPr>
        <w:t xml:space="preserve">(2) Energetski subjekti iz članka 6. stavka 1. ove Uredbe koji na dan 30. rujna 2026. koriste pravo na opskrbu prirodnim plinom na temelju Uredbe o otklanjanju poremećaja na domaćem tržištu energije (»Narodne novine«, br. 31/23., 74/23., 107/23., 122/23., 32/24., 104/24., 132/24., 56/25., 121/25., 122/25. i 29/26.) nastavljaju koristiti to pravo u razdoblju važenja ove Uredbe bez podnošenja novog zahtjeva, osim ako zajamčenog opskrbljivača plinom ili s njime povezano društvo obavijeste da pravo više ne žele koristiti. Na zahtjev zajamčenog opskrbljivača plinom ili s njime povezanog društva dužni su dostaviti ažurirane podatke o planiranim količinama prirodnog plina i očekivanoj mjesečnoj dinamici potrošnje. </w:t>
      </w:r>
    </w:p>
    <w:p w14:paraId="27FA08C3" w14:textId="77777777" w:rsidR="00106F48" w:rsidRPr="00106F48" w:rsidRDefault="00106F48" w:rsidP="00106F48">
      <w:pPr>
        <w:widowControl w:val="0"/>
        <w:spacing w:after="45" w:line="252" w:lineRule="auto"/>
        <w:jc w:val="both"/>
        <w:rPr>
          <w:lang w:val="hr-HR"/>
        </w:rPr>
      </w:pPr>
      <w:r w:rsidRPr="00106F48">
        <w:rPr>
          <w:lang w:val="hr-HR"/>
        </w:rPr>
        <w:t xml:space="preserve">(3) Energetski subjekti iz članka 6. stavka 1. ove Uredbe koji na dan 30. rujna 2026. ne koriste pravo iz članka 6. stavka 1. ove Uredbe, a žele ga koristiti u razdoblju važenja ove Uredbe, dužni su podnijeti zahtjev zajamčenom opskrbljivaču plinom ili s njime povezanom društvu najmanje 15 dana prije dana od kojeg žele koristiti pravo. Uz zahtjev se dostavljaju podaci o planiranim količinama prirodnog plina i očekivanoj mjesečnoj dinamici potrošnje, a na traženje zajamčenog opskrbljivača plinom ili s njime povezanog društva i drugi podaci potrebni za osiguranje količina prirodnog plina. </w:t>
      </w:r>
    </w:p>
    <w:p w14:paraId="3E2EDA9C" w14:textId="77777777" w:rsidR="00106F48" w:rsidRPr="00106F48" w:rsidRDefault="00106F48" w:rsidP="00106F48">
      <w:pPr>
        <w:widowControl w:val="0"/>
        <w:spacing w:after="45" w:line="252" w:lineRule="auto"/>
        <w:jc w:val="both"/>
        <w:rPr>
          <w:lang w:val="hr-HR"/>
        </w:rPr>
      </w:pPr>
    </w:p>
    <w:p w14:paraId="26856E3C" w14:textId="77777777" w:rsidR="00106F48" w:rsidRPr="00106F48" w:rsidRDefault="00106F48" w:rsidP="00106F48">
      <w:pPr>
        <w:widowControl w:val="0"/>
        <w:spacing w:after="45" w:line="252" w:lineRule="auto"/>
        <w:jc w:val="center"/>
        <w:rPr>
          <w:lang w:val="hr-HR"/>
        </w:rPr>
      </w:pPr>
      <w:r w:rsidRPr="00106F48">
        <w:rPr>
          <w:lang w:val="hr-HR"/>
        </w:rPr>
        <w:t>Članak 14.</w:t>
      </w:r>
    </w:p>
    <w:p w14:paraId="67E2CC49" w14:textId="77777777" w:rsidR="00106F48" w:rsidRPr="00106F48" w:rsidRDefault="00106F48" w:rsidP="00106F48">
      <w:pPr>
        <w:widowControl w:val="0"/>
        <w:spacing w:after="45" w:line="252" w:lineRule="auto"/>
        <w:jc w:val="both"/>
        <w:rPr>
          <w:lang w:val="hr-HR"/>
        </w:rPr>
      </w:pPr>
      <w:r w:rsidRPr="00106F48">
        <w:rPr>
          <w:lang w:val="hr-HR"/>
        </w:rPr>
        <w:t>(1) Ministarstvo gospodarstva će u roku od 15 dana od dana stupanja na snagu ove Uredbe donijeti i objaviti na svojim mrežnim stranicama uputu iz članka 3. stavka 9. ove Uredbe.</w:t>
      </w:r>
    </w:p>
    <w:p w14:paraId="02C3FA38" w14:textId="77777777" w:rsidR="00106F48" w:rsidRPr="00106F48" w:rsidRDefault="00106F48" w:rsidP="00106F48">
      <w:pPr>
        <w:widowControl w:val="0"/>
        <w:spacing w:before="100" w:after="60" w:line="252" w:lineRule="auto"/>
        <w:jc w:val="both"/>
        <w:rPr>
          <w:lang w:val="hr-HR"/>
        </w:rPr>
      </w:pPr>
      <w:r w:rsidRPr="00106F48">
        <w:rPr>
          <w:lang w:val="hr-HR"/>
        </w:rPr>
        <w:t>(2) Hrvatska energetska regulatorna agencija će dostaviti Ministarstvu gospodarstva prijedlog odluke iz članka 8. stavka 2. ove Uredbe do 15. listopada 2026. godine.</w:t>
      </w:r>
    </w:p>
    <w:p w14:paraId="3362E6D3" w14:textId="77777777" w:rsidR="00106F48" w:rsidRPr="00106F48" w:rsidRDefault="00106F48" w:rsidP="00106F48">
      <w:pPr>
        <w:widowControl w:val="0"/>
        <w:spacing w:after="45" w:line="252" w:lineRule="auto"/>
        <w:jc w:val="both"/>
        <w:rPr>
          <w:lang w:val="hr-HR"/>
        </w:rPr>
      </w:pPr>
    </w:p>
    <w:p w14:paraId="743DF422" w14:textId="77777777" w:rsidR="00106F48" w:rsidRPr="00106F48" w:rsidRDefault="00106F48" w:rsidP="00106F48">
      <w:pPr>
        <w:widowControl w:val="0"/>
        <w:spacing w:after="45" w:line="252" w:lineRule="auto"/>
        <w:jc w:val="center"/>
        <w:rPr>
          <w:lang w:val="hr-HR"/>
        </w:rPr>
      </w:pPr>
      <w:r w:rsidRPr="00106F48">
        <w:rPr>
          <w:lang w:val="hr-HR"/>
        </w:rPr>
        <w:t>Članak 15.</w:t>
      </w:r>
    </w:p>
    <w:p w14:paraId="07CBB823" w14:textId="77777777" w:rsidR="00106F48" w:rsidRPr="00106F48" w:rsidRDefault="00106F48" w:rsidP="00106F48">
      <w:pPr>
        <w:widowControl w:val="0"/>
        <w:spacing w:after="45" w:line="252" w:lineRule="auto"/>
        <w:jc w:val="both"/>
        <w:rPr>
          <w:lang w:val="hr-HR"/>
        </w:rPr>
      </w:pPr>
      <w:r w:rsidRPr="00106F48">
        <w:rPr>
          <w:lang w:val="hr-HR"/>
        </w:rPr>
        <w:t>Dodaci ugovorima o otkupu električne energije sklopljeni na temelju članka 11.a Uredbe o otklanjanju poremećaja na domaćem tržištu energije (»Narodne novine«, br. 31/23., 74/23., 107/23., 122/23., 32/24., 104/24., 132/24., 56/25., 121/25., 122/25. i 29/26.) ostaju na snazi, a na prava i obveze iz tih dodataka od dana stupanja na snagu ove Uredbe primjenjuje se članak 7. ove Uredbe.</w:t>
      </w:r>
    </w:p>
    <w:p w14:paraId="2D63CCE4" w14:textId="77777777" w:rsidR="00106F48" w:rsidRPr="00106F48" w:rsidRDefault="00106F48" w:rsidP="00106F48">
      <w:pPr>
        <w:widowControl w:val="0"/>
        <w:spacing w:after="45" w:line="252" w:lineRule="auto"/>
        <w:jc w:val="both"/>
        <w:rPr>
          <w:lang w:val="hr-HR"/>
        </w:rPr>
      </w:pPr>
    </w:p>
    <w:p w14:paraId="68B806D1" w14:textId="77777777" w:rsidR="00106F48" w:rsidRPr="00106F48" w:rsidRDefault="00106F48" w:rsidP="00106F48">
      <w:pPr>
        <w:widowControl w:val="0"/>
        <w:spacing w:before="100" w:after="60" w:line="252" w:lineRule="auto"/>
        <w:jc w:val="center"/>
        <w:rPr>
          <w:lang w:val="hr-HR"/>
        </w:rPr>
      </w:pPr>
      <w:r w:rsidRPr="00106F48">
        <w:rPr>
          <w:lang w:val="hr-HR"/>
        </w:rPr>
        <w:t>Članak 16.</w:t>
      </w:r>
    </w:p>
    <w:p w14:paraId="76EA5E68" w14:textId="77777777" w:rsidR="00106F48" w:rsidRPr="00106F48" w:rsidRDefault="00106F48" w:rsidP="00106F48">
      <w:pPr>
        <w:widowControl w:val="0"/>
        <w:spacing w:after="45" w:line="252" w:lineRule="auto"/>
        <w:jc w:val="both"/>
        <w:rPr>
          <w:lang w:val="hr-HR"/>
        </w:rPr>
      </w:pPr>
      <w:r w:rsidRPr="00106F48">
        <w:rPr>
          <w:lang w:val="hr-HR"/>
        </w:rPr>
        <w:t>Danom stupanja na snagu ove Uredbe prestaje važiti Uredba o otklanjanju poremećaja na domaćem tržištu energije (»Narodne novine«, br. 31/23., 74/23., 107/23., 122/23., 32/24., 104/24., 132/24., 56/25., 121/25., 122/25. i 29/26.).</w:t>
      </w:r>
    </w:p>
    <w:p w14:paraId="1834BDDC" w14:textId="77777777" w:rsidR="00106F48" w:rsidRPr="00106F48" w:rsidRDefault="00106F48" w:rsidP="00106F48">
      <w:pPr>
        <w:widowControl w:val="0"/>
        <w:spacing w:after="45" w:line="252" w:lineRule="auto"/>
        <w:jc w:val="both"/>
        <w:rPr>
          <w:lang w:val="hr-HR"/>
        </w:rPr>
      </w:pPr>
    </w:p>
    <w:p w14:paraId="3A6460FC" w14:textId="77777777" w:rsidR="00106F48" w:rsidRPr="00106F48" w:rsidRDefault="00106F48" w:rsidP="00106F48">
      <w:pPr>
        <w:widowControl w:val="0"/>
        <w:spacing w:before="100" w:after="60" w:line="252" w:lineRule="auto"/>
        <w:jc w:val="center"/>
        <w:rPr>
          <w:lang w:val="hr-HR"/>
        </w:rPr>
      </w:pPr>
      <w:r w:rsidRPr="00106F48">
        <w:rPr>
          <w:lang w:val="hr-HR"/>
        </w:rPr>
        <w:t>Članak 17.</w:t>
      </w:r>
    </w:p>
    <w:p w14:paraId="37E98900" w14:textId="77777777" w:rsidR="00106F48" w:rsidRPr="00106F48" w:rsidRDefault="00106F48" w:rsidP="00106F48">
      <w:pPr>
        <w:widowControl w:val="0"/>
        <w:spacing w:after="45" w:line="252" w:lineRule="auto"/>
        <w:jc w:val="both"/>
        <w:rPr>
          <w:lang w:val="hr-HR"/>
        </w:rPr>
      </w:pPr>
      <w:r w:rsidRPr="00106F48">
        <w:rPr>
          <w:lang w:val="hr-HR"/>
        </w:rPr>
        <w:t>Ova Uredba objavit će se u »Narodnim novinama«, a stupa na snagu 1. listopada 2026.</w:t>
      </w:r>
    </w:p>
    <w:p w14:paraId="15399C98" w14:textId="77777777" w:rsidR="00106F48" w:rsidRPr="00106F48" w:rsidRDefault="00106F48" w:rsidP="00106F48">
      <w:pPr>
        <w:spacing w:after="200"/>
        <w:rPr>
          <w:lang w:val="hr-HR"/>
        </w:rPr>
      </w:pPr>
      <w:r w:rsidRPr="00106F48">
        <w:rPr>
          <w:lang w:val="hr-HR"/>
        </w:rPr>
        <w:br w:type="page"/>
      </w:r>
    </w:p>
    <w:p w14:paraId="5E3933A8" w14:textId="77777777" w:rsidR="00106F48" w:rsidRPr="00106F48" w:rsidRDefault="00106F48" w:rsidP="00106F48">
      <w:pPr>
        <w:pStyle w:val="Heading2"/>
        <w:jc w:val="center"/>
        <w:rPr>
          <w:rFonts w:ascii="Times New Roman" w:eastAsia="Times New Roman" w:hAnsi="Times New Roman" w:cs="Times New Roman"/>
          <w:color w:val="auto"/>
          <w:sz w:val="24"/>
          <w:szCs w:val="36"/>
        </w:rPr>
      </w:pPr>
      <w:bookmarkStart w:id="0" w:name="_GoBack"/>
      <w:r w:rsidRPr="00106F48">
        <w:rPr>
          <w:rFonts w:ascii="Times New Roman" w:eastAsia="Times New Roman" w:hAnsi="Times New Roman" w:cs="Times New Roman"/>
          <w:color w:val="auto"/>
          <w:sz w:val="24"/>
          <w:szCs w:val="36"/>
        </w:rPr>
        <w:t>OBRAZLOŽENJE</w:t>
      </w:r>
    </w:p>
    <w:bookmarkEnd w:id="0"/>
    <w:p w14:paraId="537F95F6" w14:textId="77777777" w:rsidR="00106F48" w:rsidRPr="00106F48" w:rsidRDefault="00106F48" w:rsidP="00106F48">
      <w:pPr>
        <w:spacing w:after="120" w:line="264" w:lineRule="auto"/>
        <w:jc w:val="both"/>
        <w:rPr>
          <w:rFonts w:eastAsia="Times New Roman" w:cs="Times New Roman"/>
          <w:szCs w:val="24"/>
        </w:rPr>
      </w:pPr>
    </w:p>
    <w:p w14:paraId="60A8E7B7" w14:textId="77777777" w:rsidR="00106F48" w:rsidRPr="00106F48" w:rsidRDefault="00106F48" w:rsidP="00106F48">
      <w:pPr>
        <w:spacing w:after="120" w:line="264" w:lineRule="auto"/>
        <w:jc w:val="both"/>
        <w:rPr>
          <w:rFonts w:eastAsia="Times New Roman" w:cs="Times New Roman"/>
          <w:szCs w:val="24"/>
        </w:rPr>
      </w:pPr>
      <w:r w:rsidRPr="00106F48">
        <w:rPr>
          <w:rFonts w:eastAsia="Times New Roman" w:cs="Times New Roman"/>
          <w:szCs w:val="24"/>
        </w:rPr>
        <w:t>Predlaže se donošenje Uredbe o mjerama za stabilnost domaćeg tržišta energije radi nastavka primjene privremenih mjera kojima se, zbog poremećaja na domaćem tržištu energije, osigurava stabilnost domaćeg tržišta energije, osiguravaju uvjeti za sigurnost opskrbe te ublažava utjecaj tržišnih kretanja cijena energije na krajnje kupce.</w:t>
      </w:r>
    </w:p>
    <w:p w14:paraId="4ACE4028" w14:textId="77777777" w:rsidR="00106F48" w:rsidRPr="00106F48" w:rsidRDefault="00106F48" w:rsidP="00106F48">
      <w:pPr>
        <w:spacing w:after="120" w:line="264" w:lineRule="auto"/>
        <w:jc w:val="both"/>
        <w:rPr>
          <w:rFonts w:eastAsia="Times New Roman" w:cs="Times New Roman"/>
          <w:szCs w:val="24"/>
        </w:rPr>
      </w:pPr>
      <w:r w:rsidRPr="00106F48">
        <w:rPr>
          <w:rFonts w:eastAsia="Times New Roman" w:cs="Times New Roman"/>
          <w:szCs w:val="24"/>
        </w:rPr>
        <w:t>Pravna osnova za donošenje Uredbe sadržana je u članku 26. Zakona o energiji i članku 30. stavku 1. Zakona o Vladi Republike Hrvatske, a u vezi s člankom 120. Zakona o tržištu električne energije i člankom 5. Zakona o tržištu plina.</w:t>
      </w:r>
    </w:p>
    <w:p w14:paraId="65800EDA" w14:textId="77777777" w:rsidR="00106F48" w:rsidRPr="00106F48" w:rsidRDefault="00106F48" w:rsidP="00106F48">
      <w:pPr>
        <w:spacing w:after="120" w:line="264" w:lineRule="auto"/>
        <w:jc w:val="both"/>
        <w:rPr>
          <w:rFonts w:eastAsia="Times New Roman" w:cs="Times New Roman"/>
          <w:szCs w:val="24"/>
        </w:rPr>
      </w:pPr>
      <w:r w:rsidRPr="00106F48">
        <w:rPr>
          <w:rFonts w:eastAsia="Times New Roman" w:cs="Times New Roman"/>
          <w:szCs w:val="24"/>
        </w:rPr>
        <w:t>Predloženom Uredbom uređuju se posebne mjere koje se odnose na trgovinu električnom energijom i plinom, način i uvjete formiranja cijena za određene kategorije krajnjih kupaca, subvencioniranje dijela krajnje cijene toplinske energije, osiguravanje uvjeta za sigurnost opskrbe plinom, nadzor nad primjenom cijena određenih Uredbom te posebne uvjete obavljanja pojedinih energetskih djelatnosti. Mjere su privremenog karaktera i primjenjuju se u razdoblju od 1. listopada 2026. do 31. ožujka 2027.</w:t>
      </w:r>
    </w:p>
    <w:p w14:paraId="7CC6B69B" w14:textId="77777777" w:rsidR="00106F48" w:rsidRPr="00106F48" w:rsidRDefault="00106F48" w:rsidP="00106F48">
      <w:pPr>
        <w:spacing w:after="120" w:line="264" w:lineRule="auto"/>
        <w:jc w:val="both"/>
        <w:rPr>
          <w:rFonts w:eastAsia="Times New Roman" w:cs="Times New Roman"/>
          <w:szCs w:val="24"/>
        </w:rPr>
      </w:pPr>
      <w:r w:rsidRPr="00106F48">
        <w:rPr>
          <w:rFonts w:eastAsia="Times New Roman" w:cs="Times New Roman"/>
          <w:szCs w:val="24"/>
        </w:rPr>
        <w:t>U području električne energije Uredbom se za kupce iz kategorije kućanstvo određuje cijena radne energije do visine 3.000 kWh ukupne šestomjesečne potrošnje, dok se za potrošnju iznad navedenog praga primjenjuje uvećanje propisano Uredbom. Za krajnje kupce koji nisu obuhvaćeni kategorijom kućanstva niti posebnim kategorijama kupaca iz članka 2. stavka 3. Uredbe cijena određena Uredbom primjenjuje se do visine 250.000 kWh ukupne šestomjesečne potrošnje, dok se na potrošnju iznad navedenog praga primjenjuje ugovorena cijena s opskrbljivačem električne energije.</w:t>
      </w:r>
    </w:p>
    <w:p w14:paraId="6E584A59" w14:textId="77777777" w:rsidR="00106F48" w:rsidRPr="00106F48" w:rsidRDefault="00106F48" w:rsidP="00106F48">
      <w:pPr>
        <w:spacing w:after="120" w:line="264" w:lineRule="auto"/>
        <w:jc w:val="both"/>
        <w:rPr>
          <w:rFonts w:eastAsia="Times New Roman" w:cs="Times New Roman"/>
          <w:szCs w:val="24"/>
        </w:rPr>
      </w:pPr>
      <w:r w:rsidRPr="00106F48">
        <w:rPr>
          <w:rFonts w:eastAsia="Times New Roman" w:cs="Times New Roman"/>
          <w:szCs w:val="24"/>
        </w:rPr>
        <w:t>Za određene kategorije kupaca, među kojima su ustanove, jedinice lokalne i područne (regionalne) samouprave, pružatelji vodnih usluga, zdravstvene i obrazovne ustanove, subjekti koji obavljaju komunalne djelatnosti, vatrogasne postrojbe, tijela državne uprave i druga državna tijela te drugi korisnici navedeni Uredbom, cijena određena Uredbom primjenjuje se neovisno o ukupnoj šestomjesečnoj potrošnji električne energije.</w:t>
      </w:r>
    </w:p>
    <w:p w14:paraId="4C2923DB" w14:textId="77777777" w:rsidR="00106F48" w:rsidRPr="00106F48" w:rsidRDefault="00106F48" w:rsidP="00106F48">
      <w:pPr>
        <w:spacing w:after="120" w:line="264" w:lineRule="auto"/>
        <w:jc w:val="both"/>
        <w:rPr>
          <w:rFonts w:eastAsia="Times New Roman" w:cs="Times New Roman"/>
          <w:szCs w:val="24"/>
        </w:rPr>
      </w:pPr>
      <w:r w:rsidRPr="00106F48">
        <w:rPr>
          <w:rFonts w:eastAsia="Times New Roman" w:cs="Times New Roman"/>
          <w:szCs w:val="24"/>
        </w:rPr>
        <w:t>Uredbom se uređuje i postupanje u slučaju kada je ugovorena cijena opskrbe električnom energijom viša ili niža od cijene određene Uredbom te mehanizam nadoknade razlike opskrbljivačima električne energije. Zahtjevi za nadoknadu razlike podnose se Hrvatskoj energetskoj regulatornoj agenciji, koja provjerava obračune i utvrđuje iznos nadoknade te o zaprimljenim zahtjevima obavještava Ministarstvo gospodarstva, dok Ministarstvo gospodarstva izvršava odluke Agencije. Za potrebe izračuna nadoknade priznaje se ugovorena cijena do najviše 160 EUR/MWh.</w:t>
      </w:r>
    </w:p>
    <w:p w14:paraId="61515535" w14:textId="77777777" w:rsidR="00106F48" w:rsidRPr="00106F48" w:rsidRDefault="00106F48" w:rsidP="00106F48">
      <w:pPr>
        <w:spacing w:after="120" w:line="264" w:lineRule="auto"/>
        <w:jc w:val="both"/>
        <w:rPr>
          <w:rFonts w:eastAsia="Times New Roman" w:cs="Times New Roman"/>
          <w:szCs w:val="24"/>
        </w:rPr>
      </w:pPr>
      <w:r w:rsidRPr="00106F48">
        <w:rPr>
          <w:rFonts w:eastAsia="Times New Roman" w:cs="Times New Roman"/>
          <w:szCs w:val="24"/>
        </w:rPr>
        <w:t>Posebno se uređuje i nadoknada razlike operatoru prijenosnog i operatoru distribucijskog sustava za električnu energiju nabavljenu za potrebe pokrivanja gubitaka u sustavu. Zahtjevi za nadoknadu podnose se Hrvatskoj energetskoj regulatornoj agenciji, uz propisani obračun i račune o plaćenoj električnoj energiji.</w:t>
      </w:r>
    </w:p>
    <w:p w14:paraId="083ECB7E" w14:textId="77777777" w:rsidR="00106F48" w:rsidRPr="00106F48" w:rsidRDefault="00106F48" w:rsidP="00106F48">
      <w:pPr>
        <w:spacing w:after="120" w:line="264" w:lineRule="auto"/>
        <w:jc w:val="both"/>
        <w:rPr>
          <w:rFonts w:eastAsia="Times New Roman" w:cs="Times New Roman"/>
          <w:szCs w:val="24"/>
        </w:rPr>
      </w:pPr>
      <w:r w:rsidRPr="00106F48">
        <w:rPr>
          <w:rFonts w:eastAsia="Times New Roman" w:cs="Times New Roman"/>
          <w:szCs w:val="24"/>
        </w:rPr>
        <w:t>U području prirodnog plina Uredbom se nastavljaju posebne mjere kojima se osiguravaju količine prirodnog plina za distributere plina radi namirenja gubitaka u distribucijskom sustavu te za određene kategorije kupaca. Uređuje se način određivanja cijene plina i mehanizam nadoknade razlike zajamčenom opskrbljivaču plinom ili s njime povezanom društvu. Zahtjevi za nadoknadu razlike podnose se Hrvatskoj energetskoj regulatornoj agenciji, koja provjerava obračune, utvrđuje iznos nadoknade i o zaprimljenim zahtjevima obavještava Ministarstvo gospodarstva.</w:t>
      </w:r>
    </w:p>
    <w:p w14:paraId="6C115033" w14:textId="77777777" w:rsidR="00106F48" w:rsidRPr="00106F48" w:rsidRDefault="00106F48" w:rsidP="00106F48">
      <w:pPr>
        <w:spacing w:after="120" w:line="264" w:lineRule="auto"/>
        <w:jc w:val="both"/>
        <w:rPr>
          <w:rFonts w:eastAsia="Times New Roman" w:cs="Times New Roman"/>
          <w:szCs w:val="24"/>
        </w:rPr>
      </w:pPr>
      <w:r w:rsidRPr="00106F48">
        <w:rPr>
          <w:rFonts w:eastAsia="Times New Roman" w:cs="Times New Roman"/>
          <w:szCs w:val="24"/>
        </w:rPr>
        <w:t>U području toplinske energije nastavlja se subvencioniranje dijela krajnje cijene isporučene toplinske energije za razdoblje od 1. listopada 2026. do 31. ožujka 2027. Vlada Republike Hrvatske će posebnom odlukom, na temelju izračuna Hrvatske energetske regulatorne agencije, odrediti iznos subvencije, korisnike mjere, način obračuna i iskazivanja subvencije na računima te način podnošenja i provjere zahtjeva za nadoknadu i način isplate nadoknade. Hrvatska energetska regulatorna agencija dostavit će Ministarstvu gospodarstva prijedlog navedene odluke do 15. listopada 2026.</w:t>
      </w:r>
    </w:p>
    <w:p w14:paraId="6F3EB3E7" w14:textId="77777777" w:rsidR="00106F48" w:rsidRPr="00106F48" w:rsidRDefault="00106F48" w:rsidP="00106F48">
      <w:pPr>
        <w:spacing w:after="120" w:line="264" w:lineRule="auto"/>
        <w:jc w:val="both"/>
        <w:rPr>
          <w:rFonts w:eastAsia="Times New Roman" w:cs="Times New Roman"/>
          <w:szCs w:val="24"/>
        </w:rPr>
      </w:pPr>
      <w:r w:rsidRPr="00106F48">
        <w:rPr>
          <w:rFonts w:eastAsia="Times New Roman" w:cs="Times New Roman"/>
          <w:szCs w:val="24"/>
        </w:rPr>
        <w:t>Uredbom se također propisuje da društva Hrvatski operator prijenosnog sustava d.d., HEP – Operator distribucijskog sustava d.o.o. i PLINACRO d.o.o. do 31. ožujka 2027. neće podnositi Hrvatskoj energetskoj regulatornoj agenciji zahtjeve za promjenu iznosa tarifnih stavki, čime se doprinosi stabilnosti troškova korištenja energetskih mreža tijekom razdoblja primjene mjera.</w:t>
      </w:r>
    </w:p>
    <w:p w14:paraId="53889D07" w14:textId="77777777" w:rsidR="00106F48" w:rsidRPr="00106F48" w:rsidRDefault="00106F48" w:rsidP="00106F48">
      <w:pPr>
        <w:spacing w:after="120" w:line="264" w:lineRule="auto"/>
        <w:jc w:val="both"/>
        <w:rPr>
          <w:rFonts w:eastAsia="Times New Roman" w:cs="Times New Roman"/>
          <w:szCs w:val="24"/>
        </w:rPr>
      </w:pPr>
      <w:r w:rsidRPr="00106F48">
        <w:rPr>
          <w:rFonts w:eastAsia="Times New Roman" w:cs="Times New Roman"/>
          <w:szCs w:val="24"/>
        </w:rPr>
        <w:t>Uredbom se nastavlja i primjena mehanizma dodatnog iznosa poticajne cijene za povlaštene proizvođače električne energije iz bioplina koji imaju važeće ugovore o otkupu električne energije sklopljene prema ranijim tarifnim sustavima, u slučaju nastupa propisanih promijenjenih okolnosti povezanih s rastom troškova silažnih sirovina.</w:t>
      </w:r>
    </w:p>
    <w:p w14:paraId="3AFCF5FA" w14:textId="77777777" w:rsidR="00106F48" w:rsidRPr="00106F48" w:rsidRDefault="00106F48" w:rsidP="00106F48">
      <w:pPr>
        <w:spacing w:after="120" w:line="264" w:lineRule="auto"/>
        <w:jc w:val="both"/>
        <w:rPr>
          <w:rFonts w:eastAsia="Times New Roman" w:cs="Times New Roman"/>
          <w:szCs w:val="24"/>
        </w:rPr>
      </w:pPr>
      <w:r w:rsidRPr="00106F48">
        <w:rPr>
          <w:rFonts w:eastAsia="Times New Roman" w:cs="Times New Roman"/>
          <w:szCs w:val="24"/>
        </w:rPr>
        <w:t>Radi osiguranja pravne sigurnosti i kontinuiteta primjene mjera, prijelaznim odredbama uređuje se dovršetak postupaka započetih prema Uredbi o otklanjanju poremećaja na domaćem tržištu energije, ostvarivanje prava koja se odnose na razdoblje prije stupanja na snagu ove Uredbe, nastavak korištenja pojedinih prava na opskrbu plinom, obveze vezane uz dostavu ugovora o opskrbi električnom energijom te nastavak važenja dodataka ugovorima o otkupu električne energije sklopljenih na temelju dosadašnje Uredbe.</w:t>
      </w:r>
    </w:p>
    <w:p w14:paraId="157548E5" w14:textId="77777777" w:rsidR="00106F48" w:rsidRPr="00106F48" w:rsidRDefault="00106F48" w:rsidP="00106F48">
      <w:pPr>
        <w:spacing w:after="120" w:line="264" w:lineRule="auto"/>
        <w:jc w:val="both"/>
        <w:rPr>
          <w:rFonts w:eastAsia="Times New Roman" w:cs="Times New Roman"/>
          <w:szCs w:val="24"/>
        </w:rPr>
      </w:pPr>
      <w:r w:rsidRPr="00106F48">
        <w:rPr>
          <w:rFonts w:eastAsia="Times New Roman" w:cs="Times New Roman"/>
          <w:szCs w:val="24"/>
        </w:rPr>
        <w:t>Donošenjem ove Uredbe mjere koje će se primjenjivati u razdoblju od 1. listopada 2026. do 31. ožujka 2027. uređuju se na cjelovit i pregledan način, uz istodobno osiguravanje kontinuiteta prava i postupaka započetih na temelju dosadašnje Uredbe.</w:t>
      </w:r>
    </w:p>
    <w:p w14:paraId="4F7A4132" w14:textId="77777777" w:rsidR="00106F48" w:rsidRPr="00106F48" w:rsidRDefault="00106F48" w:rsidP="00106F48">
      <w:pPr>
        <w:spacing w:after="120" w:line="264" w:lineRule="auto"/>
        <w:jc w:val="both"/>
        <w:rPr>
          <w:rFonts w:eastAsia="Times New Roman" w:cs="Times New Roman"/>
          <w:szCs w:val="24"/>
        </w:rPr>
      </w:pPr>
      <w:r w:rsidRPr="00106F48">
        <w:rPr>
          <w:rFonts w:eastAsia="Times New Roman" w:cs="Times New Roman"/>
          <w:szCs w:val="24"/>
        </w:rPr>
        <w:t>Danom stupanja na snagu ove Uredbe prestaje važiti Uredba o otklanjanju poremećaja na domaćem tržištu energije, a ova Uredba stupa na snagu 1. listopada 2026.</w:t>
      </w:r>
    </w:p>
    <w:p w14:paraId="20240A5C" w14:textId="77777777" w:rsidR="00106F48" w:rsidRPr="00106F48" w:rsidRDefault="00106F48" w:rsidP="00106F48">
      <w:pPr>
        <w:spacing w:after="200"/>
        <w:jc w:val="both"/>
        <w:rPr>
          <w:rFonts w:eastAsia="Times New Roman" w:cs="Times New Roman"/>
          <w:szCs w:val="24"/>
        </w:rPr>
      </w:pPr>
      <w:r w:rsidRPr="00106F48">
        <w:rPr>
          <w:rFonts w:eastAsia="Times New Roman" w:cs="Times New Roman"/>
          <w:szCs w:val="24"/>
        </w:rPr>
        <w:t>Donošenjem predložene Uredbe osigurava se kontinuitet primjene privremenih mjera na domaćem tržištu energije, uz prilagodbu njihova obuhvata i načina provedbe aktualnim tržišnim okolnostima, radi očuvanja stabilnosti domaćeg tržišta energije, osiguravanja uvjeta za sigurnost opskrbe i ublažavanja učinaka tržišnih kretanja cijena energije na krajnje kupce.</w:t>
      </w:r>
    </w:p>
    <w:p w14:paraId="21AE342E" w14:textId="77777777" w:rsidR="00106F48" w:rsidRPr="00106F48" w:rsidRDefault="00106F48" w:rsidP="00106F48">
      <w:pPr>
        <w:spacing w:after="200"/>
        <w:jc w:val="both"/>
        <w:rPr>
          <w:lang w:val="hr-HR"/>
        </w:rPr>
      </w:pPr>
      <w:r w:rsidRPr="00106F48">
        <w:rPr>
          <w:lang w:val="hr-HR"/>
        </w:rPr>
        <w:t>Uredba nije bila upućena u redovni postupak savjetovanja s javnošću zbog potrebe žurnog donošenja mjera radi osiguranja kontinuiteta njihove primjene nakon 30. rujna 2026. godine. Riječ je o privremenim interventnim mjerama koje se donose na temelju članka 26. Zakona o energiji radi otklanjanja posljedica poremećaja na domaćem tržištu energije.</w:t>
      </w:r>
    </w:p>
    <w:p w14:paraId="3EC34A41" w14:textId="08CFF2DB" w:rsidR="00BA2A1E" w:rsidRDefault="00106F48" w:rsidP="00106F48">
      <w:pPr>
        <w:spacing w:after="200"/>
        <w:jc w:val="both"/>
        <w:rPr>
          <w:lang w:val="hr-HR"/>
        </w:rPr>
      </w:pPr>
      <w:r w:rsidRPr="00106F48">
        <w:rPr>
          <w:lang w:val="hr-HR"/>
        </w:rPr>
        <w:t>Sadržaj i opseg mjera bilo je potrebno utvrditi na temelju aktualnih kretanja na energetskim tržištima, projekcija cijena i procjene učinaka postojećih mjera, uz potrebu da novi režim bude pravodobno donesen i primjenjiv od 1. listopada 2026. godine. Nepostojanje pravodobno donesenih mjera moglo bi dovesti do prekida postojećeg režima zaštite krajnjih kupaca, nagle promjene cijena energije i posljedično značajnih gospodarskih i socijalnih učinaka.</w:t>
      </w:r>
    </w:p>
    <w:sectPr w:rsidR="00BA2A1E" w:rsidSect="00034616">
      <w:pgSz w:w="11906" w:h="16838"/>
      <w:pgMar w:top="1247" w:right="1417" w:bottom="1247" w:left="1417" w:header="567"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EE"/>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23F4765C"/>
    <w:multiLevelType w:val="hybridMultilevel"/>
    <w:tmpl w:val="EAC662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DBD5ECB"/>
    <w:multiLevelType w:val="hybridMultilevel"/>
    <w:tmpl w:val="A6A0CA76"/>
    <w:lvl w:ilvl="0" w:tplc="C07CEA6C">
      <w:start w:val="1"/>
      <w:numFmt w:val="bullet"/>
      <w:lvlText w:val=""/>
      <w:lvlJc w:val="left"/>
      <w:pPr>
        <w:ind w:left="1080" w:hanging="360"/>
      </w:pPr>
      <w:rPr>
        <w:rFonts w:ascii="Symbol" w:hAnsi="Symbol"/>
      </w:rPr>
    </w:lvl>
    <w:lvl w:ilvl="1" w:tplc="BAD4079C">
      <w:start w:val="1"/>
      <w:numFmt w:val="bullet"/>
      <w:lvlText w:val=""/>
      <w:lvlJc w:val="left"/>
      <w:pPr>
        <w:ind w:left="1080" w:hanging="360"/>
      </w:pPr>
      <w:rPr>
        <w:rFonts w:ascii="Symbol" w:hAnsi="Symbol"/>
      </w:rPr>
    </w:lvl>
    <w:lvl w:ilvl="2" w:tplc="534E3CDA">
      <w:start w:val="1"/>
      <w:numFmt w:val="bullet"/>
      <w:lvlText w:val=""/>
      <w:lvlJc w:val="left"/>
      <w:pPr>
        <w:ind w:left="1080" w:hanging="360"/>
      </w:pPr>
      <w:rPr>
        <w:rFonts w:ascii="Symbol" w:hAnsi="Symbol"/>
      </w:rPr>
    </w:lvl>
    <w:lvl w:ilvl="3" w:tplc="C8FAD562">
      <w:start w:val="1"/>
      <w:numFmt w:val="bullet"/>
      <w:lvlText w:val=""/>
      <w:lvlJc w:val="left"/>
      <w:pPr>
        <w:ind w:left="1080" w:hanging="360"/>
      </w:pPr>
      <w:rPr>
        <w:rFonts w:ascii="Symbol" w:hAnsi="Symbol"/>
      </w:rPr>
    </w:lvl>
    <w:lvl w:ilvl="4" w:tplc="8B7C98BE">
      <w:start w:val="1"/>
      <w:numFmt w:val="bullet"/>
      <w:lvlText w:val=""/>
      <w:lvlJc w:val="left"/>
      <w:pPr>
        <w:ind w:left="1080" w:hanging="360"/>
      </w:pPr>
      <w:rPr>
        <w:rFonts w:ascii="Symbol" w:hAnsi="Symbol"/>
      </w:rPr>
    </w:lvl>
    <w:lvl w:ilvl="5" w:tplc="4B64C562">
      <w:start w:val="1"/>
      <w:numFmt w:val="bullet"/>
      <w:lvlText w:val=""/>
      <w:lvlJc w:val="left"/>
      <w:pPr>
        <w:ind w:left="1080" w:hanging="360"/>
      </w:pPr>
      <w:rPr>
        <w:rFonts w:ascii="Symbol" w:hAnsi="Symbol"/>
      </w:rPr>
    </w:lvl>
    <w:lvl w:ilvl="6" w:tplc="D0DE5A72">
      <w:start w:val="1"/>
      <w:numFmt w:val="bullet"/>
      <w:lvlText w:val=""/>
      <w:lvlJc w:val="left"/>
      <w:pPr>
        <w:ind w:left="1080" w:hanging="360"/>
      </w:pPr>
      <w:rPr>
        <w:rFonts w:ascii="Symbol" w:hAnsi="Symbol"/>
      </w:rPr>
    </w:lvl>
    <w:lvl w:ilvl="7" w:tplc="35C29A68">
      <w:start w:val="1"/>
      <w:numFmt w:val="bullet"/>
      <w:lvlText w:val=""/>
      <w:lvlJc w:val="left"/>
      <w:pPr>
        <w:ind w:left="1080" w:hanging="360"/>
      </w:pPr>
      <w:rPr>
        <w:rFonts w:ascii="Symbol" w:hAnsi="Symbol"/>
      </w:rPr>
    </w:lvl>
    <w:lvl w:ilvl="8" w:tplc="17903C8C">
      <w:start w:val="1"/>
      <w:numFmt w:val="bullet"/>
      <w:lvlText w:val=""/>
      <w:lvlJc w:val="left"/>
      <w:pPr>
        <w:ind w:left="1080" w:hanging="360"/>
      </w:pPr>
      <w:rPr>
        <w:rFonts w:ascii="Symbol" w:hAnsi="Symbol"/>
      </w:rPr>
    </w:lvl>
  </w:abstractNum>
  <w:abstractNum w:abstractNumId="11" w15:restartNumberingAfterBreak="0">
    <w:nsid w:val="51AB5F32"/>
    <w:multiLevelType w:val="hybridMultilevel"/>
    <w:tmpl w:val="8AB6C8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CBC2D33"/>
    <w:multiLevelType w:val="multilevel"/>
    <w:tmpl w:val="CE88D0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 w:numId="11">
    <w:abstractNumId w:val="11"/>
  </w:num>
  <w:num w:numId="12">
    <w:abstractNumId w:val="10"/>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00783"/>
    <w:rsid w:val="000019FB"/>
    <w:rsid w:val="00006E7C"/>
    <w:rsid w:val="00007BBD"/>
    <w:rsid w:val="00010FC5"/>
    <w:rsid w:val="00012E89"/>
    <w:rsid w:val="00015C18"/>
    <w:rsid w:val="00015FE7"/>
    <w:rsid w:val="000210B8"/>
    <w:rsid w:val="0002173A"/>
    <w:rsid w:val="00027FB6"/>
    <w:rsid w:val="00031506"/>
    <w:rsid w:val="00034616"/>
    <w:rsid w:val="00037699"/>
    <w:rsid w:val="00053CD3"/>
    <w:rsid w:val="000546A5"/>
    <w:rsid w:val="0006063C"/>
    <w:rsid w:val="00061233"/>
    <w:rsid w:val="00062373"/>
    <w:rsid w:val="00066120"/>
    <w:rsid w:val="000806F8"/>
    <w:rsid w:val="00082FFB"/>
    <w:rsid w:val="00083F02"/>
    <w:rsid w:val="0008583A"/>
    <w:rsid w:val="000913DC"/>
    <w:rsid w:val="000A484B"/>
    <w:rsid w:val="000B01B0"/>
    <w:rsid w:val="000B34AF"/>
    <w:rsid w:val="000B459A"/>
    <w:rsid w:val="000B6591"/>
    <w:rsid w:val="000B670D"/>
    <w:rsid w:val="000B7C3B"/>
    <w:rsid w:val="000C0F8F"/>
    <w:rsid w:val="000C5D9E"/>
    <w:rsid w:val="000D437F"/>
    <w:rsid w:val="000D5A1F"/>
    <w:rsid w:val="000D5DDB"/>
    <w:rsid w:val="000D6DF1"/>
    <w:rsid w:val="000E163B"/>
    <w:rsid w:val="000F3922"/>
    <w:rsid w:val="000F68AA"/>
    <w:rsid w:val="000F6B62"/>
    <w:rsid w:val="00100574"/>
    <w:rsid w:val="00105331"/>
    <w:rsid w:val="001057D3"/>
    <w:rsid w:val="00106F48"/>
    <w:rsid w:val="001137DB"/>
    <w:rsid w:val="0011413B"/>
    <w:rsid w:val="001146BF"/>
    <w:rsid w:val="00127428"/>
    <w:rsid w:val="00130385"/>
    <w:rsid w:val="001311B7"/>
    <w:rsid w:val="00132456"/>
    <w:rsid w:val="001343BA"/>
    <w:rsid w:val="001447F9"/>
    <w:rsid w:val="00147CF0"/>
    <w:rsid w:val="0015074B"/>
    <w:rsid w:val="00151F1E"/>
    <w:rsid w:val="00153B7F"/>
    <w:rsid w:val="0015452E"/>
    <w:rsid w:val="00156282"/>
    <w:rsid w:val="001601F4"/>
    <w:rsid w:val="00160849"/>
    <w:rsid w:val="001609F9"/>
    <w:rsid w:val="001645A0"/>
    <w:rsid w:val="001714CA"/>
    <w:rsid w:val="00171972"/>
    <w:rsid w:val="001739ED"/>
    <w:rsid w:val="00173B51"/>
    <w:rsid w:val="001779D7"/>
    <w:rsid w:val="001877F7"/>
    <w:rsid w:val="001905A9"/>
    <w:rsid w:val="0019313F"/>
    <w:rsid w:val="00194680"/>
    <w:rsid w:val="00194A92"/>
    <w:rsid w:val="001B0A9C"/>
    <w:rsid w:val="001B508D"/>
    <w:rsid w:val="001C542B"/>
    <w:rsid w:val="001C77E9"/>
    <w:rsid w:val="001D3057"/>
    <w:rsid w:val="001D3288"/>
    <w:rsid w:val="001D4EC4"/>
    <w:rsid w:val="001D4F43"/>
    <w:rsid w:val="001D6480"/>
    <w:rsid w:val="001E0F53"/>
    <w:rsid w:val="001E3A86"/>
    <w:rsid w:val="001E68F4"/>
    <w:rsid w:val="001F6266"/>
    <w:rsid w:val="00203FB5"/>
    <w:rsid w:val="002067CB"/>
    <w:rsid w:val="00207B97"/>
    <w:rsid w:val="002124B1"/>
    <w:rsid w:val="00217B00"/>
    <w:rsid w:val="00222C9B"/>
    <w:rsid w:val="002232D4"/>
    <w:rsid w:val="00235093"/>
    <w:rsid w:val="0024007C"/>
    <w:rsid w:val="00252C48"/>
    <w:rsid w:val="0026164D"/>
    <w:rsid w:val="00261CD7"/>
    <w:rsid w:val="00280983"/>
    <w:rsid w:val="002842BF"/>
    <w:rsid w:val="00285568"/>
    <w:rsid w:val="00286E40"/>
    <w:rsid w:val="0028741F"/>
    <w:rsid w:val="0029639D"/>
    <w:rsid w:val="00297F13"/>
    <w:rsid w:val="002A0A7D"/>
    <w:rsid w:val="002A2EF5"/>
    <w:rsid w:val="002A3268"/>
    <w:rsid w:val="002A5094"/>
    <w:rsid w:val="002C1F90"/>
    <w:rsid w:val="002C2928"/>
    <w:rsid w:val="002C6199"/>
    <w:rsid w:val="002D130E"/>
    <w:rsid w:val="002D38E4"/>
    <w:rsid w:val="002D4AE6"/>
    <w:rsid w:val="002E45BB"/>
    <w:rsid w:val="002E4936"/>
    <w:rsid w:val="002F6785"/>
    <w:rsid w:val="002F68D4"/>
    <w:rsid w:val="00300299"/>
    <w:rsid w:val="00305C59"/>
    <w:rsid w:val="00311994"/>
    <w:rsid w:val="00311DC4"/>
    <w:rsid w:val="00311EA0"/>
    <w:rsid w:val="00326F90"/>
    <w:rsid w:val="00327964"/>
    <w:rsid w:val="00334462"/>
    <w:rsid w:val="0033679A"/>
    <w:rsid w:val="003448E5"/>
    <w:rsid w:val="0034583C"/>
    <w:rsid w:val="00352862"/>
    <w:rsid w:val="00362A85"/>
    <w:rsid w:val="00364C02"/>
    <w:rsid w:val="0036676A"/>
    <w:rsid w:val="00367893"/>
    <w:rsid w:val="00376EB8"/>
    <w:rsid w:val="00377E55"/>
    <w:rsid w:val="00380955"/>
    <w:rsid w:val="00381703"/>
    <w:rsid w:val="00384942"/>
    <w:rsid w:val="003864E8"/>
    <w:rsid w:val="00386A02"/>
    <w:rsid w:val="00394197"/>
    <w:rsid w:val="003A40EC"/>
    <w:rsid w:val="003A44D9"/>
    <w:rsid w:val="003A5B22"/>
    <w:rsid w:val="003B4C96"/>
    <w:rsid w:val="003B6056"/>
    <w:rsid w:val="003C02E3"/>
    <w:rsid w:val="003C2711"/>
    <w:rsid w:val="003C75CD"/>
    <w:rsid w:val="003D5F82"/>
    <w:rsid w:val="003E2164"/>
    <w:rsid w:val="003E5031"/>
    <w:rsid w:val="003F0C49"/>
    <w:rsid w:val="003F25AB"/>
    <w:rsid w:val="003F5E46"/>
    <w:rsid w:val="003F793E"/>
    <w:rsid w:val="00402F2A"/>
    <w:rsid w:val="00403431"/>
    <w:rsid w:val="00404B5A"/>
    <w:rsid w:val="0040753F"/>
    <w:rsid w:val="00414D28"/>
    <w:rsid w:val="00416FD3"/>
    <w:rsid w:val="00421D70"/>
    <w:rsid w:val="0042296B"/>
    <w:rsid w:val="00432055"/>
    <w:rsid w:val="00432D04"/>
    <w:rsid w:val="00442A7F"/>
    <w:rsid w:val="00445589"/>
    <w:rsid w:val="0045002F"/>
    <w:rsid w:val="0045194C"/>
    <w:rsid w:val="00457679"/>
    <w:rsid w:val="0046526F"/>
    <w:rsid w:val="00467D12"/>
    <w:rsid w:val="00486439"/>
    <w:rsid w:val="00494F50"/>
    <w:rsid w:val="004A25BA"/>
    <w:rsid w:val="004A3D3E"/>
    <w:rsid w:val="004A415C"/>
    <w:rsid w:val="004B0370"/>
    <w:rsid w:val="004B5477"/>
    <w:rsid w:val="004C0A3C"/>
    <w:rsid w:val="004C7A2C"/>
    <w:rsid w:val="004D1612"/>
    <w:rsid w:val="004E0B19"/>
    <w:rsid w:val="004E29D6"/>
    <w:rsid w:val="004E2CF9"/>
    <w:rsid w:val="004F5DDE"/>
    <w:rsid w:val="00500262"/>
    <w:rsid w:val="00500A42"/>
    <w:rsid w:val="00502A4F"/>
    <w:rsid w:val="00506D89"/>
    <w:rsid w:val="00506EF3"/>
    <w:rsid w:val="005128F9"/>
    <w:rsid w:val="0052110A"/>
    <w:rsid w:val="00524529"/>
    <w:rsid w:val="0052684D"/>
    <w:rsid w:val="00547353"/>
    <w:rsid w:val="00551568"/>
    <w:rsid w:val="005535B1"/>
    <w:rsid w:val="00554F18"/>
    <w:rsid w:val="005573F5"/>
    <w:rsid w:val="005606C9"/>
    <w:rsid w:val="005621FB"/>
    <w:rsid w:val="00570A29"/>
    <w:rsid w:val="0057411B"/>
    <w:rsid w:val="00580082"/>
    <w:rsid w:val="00580CF7"/>
    <w:rsid w:val="00582433"/>
    <w:rsid w:val="00585F57"/>
    <w:rsid w:val="00586EA9"/>
    <w:rsid w:val="0059169A"/>
    <w:rsid w:val="005937F7"/>
    <w:rsid w:val="0059521C"/>
    <w:rsid w:val="00597488"/>
    <w:rsid w:val="005A4715"/>
    <w:rsid w:val="005B2DFB"/>
    <w:rsid w:val="005B7E37"/>
    <w:rsid w:val="005C0446"/>
    <w:rsid w:val="005C2A7E"/>
    <w:rsid w:val="005C2BB5"/>
    <w:rsid w:val="005D1A7C"/>
    <w:rsid w:val="005D32B3"/>
    <w:rsid w:val="005D3683"/>
    <w:rsid w:val="005E243E"/>
    <w:rsid w:val="005E2DE0"/>
    <w:rsid w:val="005E5E7E"/>
    <w:rsid w:val="005E6BD6"/>
    <w:rsid w:val="005E6DB8"/>
    <w:rsid w:val="005F0D44"/>
    <w:rsid w:val="005F451C"/>
    <w:rsid w:val="00602E84"/>
    <w:rsid w:val="0060536B"/>
    <w:rsid w:val="006104D7"/>
    <w:rsid w:val="0061168E"/>
    <w:rsid w:val="00617DBD"/>
    <w:rsid w:val="00621EB6"/>
    <w:rsid w:val="00624147"/>
    <w:rsid w:val="00624D54"/>
    <w:rsid w:val="0063084B"/>
    <w:rsid w:val="00631A2B"/>
    <w:rsid w:val="00633754"/>
    <w:rsid w:val="00636E46"/>
    <w:rsid w:val="006450AE"/>
    <w:rsid w:val="00647F68"/>
    <w:rsid w:val="00655C2A"/>
    <w:rsid w:val="00655EA3"/>
    <w:rsid w:val="00656EFC"/>
    <w:rsid w:val="00664D91"/>
    <w:rsid w:val="00672698"/>
    <w:rsid w:val="00674C1B"/>
    <w:rsid w:val="00685202"/>
    <w:rsid w:val="006A13DA"/>
    <w:rsid w:val="006A253D"/>
    <w:rsid w:val="006A3D3B"/>
    <w:rsid w:val="006A6162"/>
    <w:rsid w:val="006A782E"/>
    <w:rsid w:val="006B6C63"/>
    <w:rsid w:val="006C691C"/>
    <w:rsid w:val="006C7FC6"/>
    <w:rsid w:val="006D3204"/>
    <w:rsid w:val="006D32F1"/>
    <w:rsid w:val="006D3464"/>
    <w:rsid w:val="006D56B1"/>
    <w:rsid w:val="006E7700"/>
    <w:rsid w:val="006F3518"/>
    <w:rsid w:val="00701012"/>
    <w:rsid w:val="0071038C"/>
    <w:rsid w:val="00713843"/>
    <w:rsid w:val="007146F0"/>
    <w:rsid w:val="0072317C"/>
    <w:rsid w:val="007239FF"/>
    <w:rsid w:val="00726EB9"/>
    <w:rsid w:val="00733430"/>
    <w:rsid w:val="00737B2D"/>
    <w:rsid w:val="00744E23"/>
    <w:rsid w:val="00750722"/>
    <w:rsid w:val="00757E12"/>
    <w:rsid w:val="0076155C"/>
    <w:rsid w:val="00762D76"/>
    <w:rsid w:val="007656C7"/>
    <w:rsid w:val="00770753"/>
    <w:rsid w:val="00782FFD"/>
    <w:rsid w:val="00784A1C"/>
    <w:rsid w:val="00784E85"/>
    <w:rsid w:val="00793FAA"/>
    <w:rsid w:val="00795BB0"/>
    <w:rsid w:val="0079663E"/>
    <w:rsid w:val="007A0648"/>
    <w:rsid w:val="007A407F"/>
    <w:rsid w:val="007A567D"/>
    <w:rsid w:val="007A6FB0"/>
    <w:rsid w:val="007B0663"/>
    <w:rsid w:val="007B1147"/>
    <w:rsid w:val="007B42D6"/>
    <w:rsid w:val="007C0472"/>
    <w:rsid w:val="007C1B24"/>
    <w:rsid w:val="007D7CD2"/>
    <w:rsid w:val="007E2FF6"/>
    <w:rsid w:val="00801615"/>
    <w:rsid w:val="00804019"/>
    <w:rsid w:val="00804269"/>
    <w:rsid w:val="00805270"/>
    <w:rsid w:val="0081090E"/>
    <w:rsid w:val="0081401B"/>
    <w:rsid w:val="00816B9A"/>
    <w:rsid w:val="008258FA"/>
    <w:rsid w:val="008259FE"/>
    <w:rsid w:val="00827D0B"/>
    <w:rsid w:val="00830E0D"/>
    <w:rsid w:val="00831547"/>
    <w:rsid w:val="0083449C"/>
    <w:rsid w:val="008353F4"/>
    <w:rsid w:val="008367DD"/>
    <w:rsid w:val="008402C0"/>
    <w:rsid w:val="008414C3"/>
    <w:rsid w:val="0084163F"/>
    <w:rsid w:val="00846024"/>
    <w:rsid w:val="00850ED2"/>
    <w:rsid w:val="0086048B"/>
    <w:rsid w:val="00875900"/>
    <w:rsid w:val="0088079F"/>
    <w:rsid w:val="00881AA6"/>
    <w:rsid w:val="0088580D"/>
    <w:rsid w:val="008859BA"/>
    <w:rsid w:val="00892667"/>
    <w:rsid w:val="00893581"/>
    <w:rsid w:val="008937EA"/>
    <w:rsid w:val="00895979"/>
    <w:rsid w:val="008A0AAD"/>
    <w:rsid w:val="008A7D2C"/>
    <w:rsid w:val="008B4751"/>
    <w:rsid w:val="0090171B"/>
    <w:rsid w:val="009100C2"/>
    <w:rsid w:val="009107F1"/>
    <w:rsid w:val="00911BF5"/>
    <w:rsid w:val="00915663"/>
    <w:rsid w:val="00915C54"/>
    <w:rsid w:val="00916044"/>
    <w:rsid w:val="00917E14"/>
    <w:rsid w:val="00941095"/>
    <w:rsid w:val="0094737E"/>
    <w:rsid w:val="00955699"/>
    <w:rsid w:val="00964F1F"/>
    <w:rsid w:val="00965709"/>
    <w:rsid w:val="0097311B"/>
    <w:rsid w:val="00974FF5"/>
    <w:rsid w:val="00985825"/>
    <w:rsid w:val="009912DB"/>
    <w:rsid w:val="0099261F"/>
    <w:rsid w:val="00992D4A"/>
    <w:rsid w:val="00992F42"/>
    <w:rsid w:val="0099524E"/>
    <w:rsid w:val="009B1EA2"/>
    <w:rsid w:val="009B588E"/>
    <w:rsid w:val="009B7A95"/>
    <w:rsid w:val="009C7CBC"/>
    <w:rsid w:val="009D7806"/>
    <w:rsid w:val="009E4691"/>
    <w:rsid w:val="009E51A1"/>
    <w:rsid w:val="009F150D"/>
    <w:rsid w:val="009F4269"/>
    <w:rsid w:val="009F6031"/>
    <w:rsid w:val="00A0389F"/>
    <w:rsid w:val="00A03B08"/>
    <w:rsid w:val="00A15F77"/>
    <w:rsid w:val="00A1776B"/>
    <w:rsid w:val="00A17E78"/>
    <w:rsid w:val="00A24266"/>
    <w:rsid w:val="00A34A75"/>
    <w:rsid w:val="00A353C1"/>
    <w:rsid w:val="00A50F27"/>
    <w:rsid w:val="00A53F85"/>
    <w:rsid w:val="00A543AD"/>
    <w:rsid w:val="00A557EC"/>
    <w:rsid w:val="00A60398"/>
    <w:rsid w:val="00A617DE"/>
    <w:rsid w:val="00A61ABA"/>
    <w:rsid w:val="00A7016A"/>
    <w:rsid w:val="00A743E4"/>
    <w:rsid w:val="00A74A19"/>
    <w:rsid w:val="00A75BD1"/>
    <w:rsid w:val="00A77426"/>
    <w:rsid w:val="00A8015D"/>
    <w:rsid w:val="00A834F3"/>
    <w:rsid w:val="00A84607"/>
    <w:rsid w:val="00A92131"/>
    <w:rsid w:val="00AA1D8D"/>
    <w:rsid w:val="00AA3053"/>
    <w:rsid w:val="00AA51C7"/>
    <w:rsid w:val="00AA6D48"/>
    <w:rsid w:val="00AC4C25"/>
    <w:rsid w:val="00AE59F8"/>
    <w:rsid w:val="00AE71B5"/>
    <w:rsid w:val="00AF0D49"/>
    <w:rsid w:val="00AF5328"/>
    <w:rsid w:val="00B002A1"/>
    <w:rsid w:val="00B020D9"/>
    <w:rsid w:val="00B06F4F"/>
    <w:rsid w:val="00B10103"/>
    <w:rsid w:val="00B10FA2"/>
    <w:rsid w:val="00B11853"/>
    <w:rsid w:val="00B11D1C"/>
    <w:rsid w:val="00B14789"/>
    <w:rsid w:val="00B153F6"/>
    <w:rsid w:val="00B15DDB"/>
    <w:rsid w:val="00B20EFC"/>
    <w:rsid w:val="00B23F17"/>
    <w:rsid w:val="00B46039"/>
    <w:rsid w:val="00B47730"/>
    <w:rsid w:val="00B50138"/>
    <w:rsid w:val="00B5200F"/>
    <w:rsid w:val="00B62FC3"/>
    <w:rsid w:val="00B64B92"/>
    <w:rsid w:val="00B652BF"/>
    <w:rsid w:val="00B6738F"/>
    <w:rsid w:val="00B71E23"/>
    <w:rsid w:val="00B73B9B"/>
    <w:rsid w:val="00B832C2"/>
    <w:rsid w:val="00B84F13"/>
    <w:rsid w:val="00B86102"/>
    <w:rsid w:val="00B922A2"/>
    <w:rsid w:val="00BA2A1E"/>
    <w:rsid w:val="00BA3987"/>
    <w:rsid w:val="00BA707A"/>
    <w:rsid w:val="00BB0D80"/>
    <w:rsid w:val="00BC135B"/>
    <w:rsid w:val="00BD230A"/>
    <w:rsid w:val="00BE138D"/>
    <w:rsid w:val="00BE25CB"/>
    <w:rsid w:val="00BE2FCD"/>
    <w:rsid w:val="00BE7796"/>
    <w:rsid w:val="00BE786A"/>
    <w:rsid w:val="00BF178D"/>
    <w:rsid w:val="00BF36CB"/>
    <w:rsid w:val="00BF62B7"/>
    <w:rsid w:val="00C0127B"/>
    <w:rsid w:val="00C05823"/>
    <w:rsid w:val="00C13ECC"/>
    <w:rsid w:val="00C17219"/>
    <w:rsid w:val="00C21702"/>
    <w:rsid w:val="00C22841"/>
    <w:rsid w:val="00C24FD4"/>
    <w:rsid w:val="00C3071C"/>
    <w:rsid w:val="00C328E2"/>
    <w:rsid w:val="00C3678E"/>
    <w:rsid w:val="00C37EA4"/>
    <w:rsid w:val="00C403EC"/>
    <w:rsid w:val="00C42D18"/>
    <w:rsid w:val="00C4327C"/>
    <w:rsid w:val="00C435EA"/>
    <w:rsid w:val="00C447A0"/>
    <w:rsid w:val="00C4658B"/>
    <w:rsid w:val="00C55127"/>
    <w:rsid w:val="00C554BC"/>
    <w:rsid w:val="00C578A3"/>
    <w:rsid w:val="00C63F3E"/>
    <w:rsid w:val="00C65119"/>
    <w:rsid w:val="00C67ED1"/>
    <w:rsid w:val="00C700F8"/>
    <w:rsid w:val="00C7271D"/>
    <w:rsid w:val="00C73EFE"/>
    <w:rsid w:val="00C74E9F"/>
    <w:rsid w:val="00C75926"/>
    <w:rsid w:val="00C85763"/>
    <w:rsid w:val="00C93CAB"/>
    <w:rsid w:val="00C951E1"/>
    <w:rsid w:val="00CA5328"/>
    <w:rsid w:val="00CA65AA"/>
    <w:rsid w:val="00CA67CF"/>
    <w:rsid w:val="00CB0664"/>
    <w:rsid w:val="00CB1A97"/>
    <w:rsid w:val="00CB3329"/>
    <w:rsid w:val="00CB3F6A"/>
    <w:rsid w:val="00CC312C"/>
    <w:rsid w:val="00CD0057"/>
    <w:rsid w:val="00CD4C1A"/>
    <w:rsid w:val="00CD7521"/>
    <w:rsid w:val="00CE05E4"/>
    <w:rsid w:val="00CE138B"/>
    <w:rsid w:val="00CE1982"/>
    <w:rsid w:val="00CE26B1"/>
    <w:rsid w:val="00CF0BFF"/>
    <w:rsid w:val="00CF233B"/>
    <w:rsid w:val="00D01571"/>
    <w:rsid w:val="00D12077"/>
    <w:rsid w:val="00D12B5C"/>
    <w:rsid w:val="00D204C7"/>
    <w:rsid w:val="00D23167"/>
    <w:rsid w:val="00D23DB4"/>
    <w:rsid w:val="00D24AE0"/>
    <w:rsid w:val="00D32101"/>
    <w:rsid w:val="00D35CB9"/>
    <w:rsid w:val="00D45FAD"/>
    <w:rsid w:val="00D60081"/>
    <w:rsid w:val="00D742C2"/>
    <w:rsid w:val="00D74438"/>
    <w:rsid w:val="00D77F43"/>
    <w:rsid w:val="00D81C18"/>
    <w:rsid w:val="00D8649E"/>
    <w:rsid w:val="00D86DDF"/>
    <w:rsid w:val="00D8748D"/>
    <w:rsid w:val="00D957B0"/>
    <w:rsid w:val="00DA17E0"/>
    <w:rsid w:val="00DA27A4"/>
    <w:rsid w:val="00DA2F78"/>
    <w:rsid w:val="00DA3384"/>
    <w:rsid w:val="00DB6D92"/>
    <w:rsid w:val="00DC254C"/>
    <w:rsid w:val="00DC4CDF"/>
    <w:rsid w:val="00DD03BA"/>
    <w:rsid w:val="00DD23BC"/>
    <w:rsid w:val="00DD5EAB"/>
    <w:rsid w:val="00DD7C4D"/>
    <w:rsid w:val="00DE1077"/>
    <w:rsid w:val="00DF37D1"/>
    <w:rsid w:val="00DF4953"/>
    <w:rsid w:val="00DF60FE"/>
    <w:rsid w:val="00E00942"/>
    <w:rsid w:val="00E00A5C"/>
    <w:rsid w:val="00E05E9B"/>
    <w:rsid w:val="00E436BC"/>
    <w:rsid w:val="00E468DD"/>
    <w:rsid w:val="00E524C6"/>
    <w:rsid w:val="00E52952"/>
    <w:rsid w:val="00E5313D"/>
    <w:rsid w:val="00E57499"/>
    <w:rsid w:val="00E661FA"/>
    <w:rsid w:val="00E67A90"/>
    <w:rsid w:val="00E80219"/>
    <w:rsid w:val="00E82966"/>
    <w:rsid w:val="00E87937"/>
    <w:rsid w:val="00E9059A"/>
    <w:rsid w:val="00E931C7"/>
    <w:rsid w:val="00E94029"/>
    <w:rsid w:val="00EA049D"/>
    <w:rsid w:val="00EA2808"/>
    <w:rsid w:val="00EA28DA"/>
    <w:rsid w:val="00EA59BC"/>
    <w:rsid w:val="00EB5358"/>
    <w:rsid w:val="00EB6ED8"/>
    <w:rsid w:val="00EC1600"/>
    <w:rsid w:val="00EC17D1"/>
    <w:rsid w:val="00ED0FDE"/>
    <w:rsid w:val="00ED1F8A"/>
    <w:rsid w:val="00ED32DF"/>
    <w:rsid w:val="00ED40FE"/>
    <w:rsid w:val="00ED7717"/>
    <w:rsid w:val="00EE5D98"/>
    <w:rsid w:val="00EF111B"/>
    <w:rsid w:val="00EF2330"/>
    <w:rsid w:val="00EF7758"/>
    <w:rsid w:val="00EF77FB"/>
    <w:rsid w:val="00F00B07"/>
    <w:rsid w:val="00F04680"/>
    <w:rsid w:val="00F07FCE"/>
    <w:rsid w:val="00F1231C"/>
    <w:rsid w:val="00F173B8"/>
    <w:rsid w:val="00F17F40"/>
    <w:rsid w:val="00F20FF4"/>
    <w:rsid w:val="00F23C1A"/>
    <w:rsid w:val="00F30480"/>
    <w:rsid w:val="00F368C2"/>
    <w:rsid w:val="00F42137"/>
    <w:rsid w:val="00F42674"/>
    <w:rsid w:val="00F42F9F"/>
    <w:rsid w:val="00F43B61"/>
    <w:rsid w:val="00F44526"/>
    <w:rsid w:val="00F524F7"/>
    <w:rsid w:val="00F53747"/>
    <w:rsid w:val="00F6290A"/>
    <w:rsid w:val="00F660D5"/>
    <w:rsid w:val="00F66698"/>
    <w:rsid w:val="00F670C8"/>
    <w:rsid w:val="00F67E89"/>
    <w:rsid w:val="00F67F1E"/>
    <w:rsid w:val="00F71781"/>
    <w:rsid w:val="00F71A53"/>
    <w:rsid w:val="00F72E1B"/>
    <w:rsid w:val="00F73E54"/>
    <w:rsid w:val="00F74487"/>
    <w:rsid w:val="00F74AA5"/>
    <w:rsid w:val="00F75399"/>
    <w:rsid w:val="00F770CA"/>
    <w:rsid w:val="00F909D6"/>
    <w:rsid w:val="00FA32EC"/>
    <w:rsid w:val="00FA56D9"/>
    <w:rsid w:val="00FA76B4"/>
    <w:rsid w:val="00FB5E6D"/>
    <w:rsid w:val="00FC693F"/>
    <w:rsid w:val="00FD33D0"/>
    <w:rsid w:val="00FF100A"/>
    <w:rsid w:val="00FF728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1037098A-168D-4D95-B137-2DC97A9C16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pPr>
      <w:spacing w:after="0"/>
    </w:pPr>
    <w:rPr>
      <w:rFonts w:ascii="Times New Roman" w:hAnsi="Times New Roman"/>
      <w:sz w:val="24"/>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Revision">
    <w:name w:val="Revision"/>
    <w:hidden/>
    <w:uiPriority w:val="99"/>
    <w:semiHidden/>
    <w:rsid w:val="00037699"/>
    <w:pPr>
      <w:spacing w:after="0" w:line="240" w:lineRule="auto"/>
    </w:pPr>
    <w:rPr>
      <w:rFonts w:ascii="Times New Roman" w:hAnsi="Times New Roman"/>
      <w:sz w:val="24"/>
    </w:rPr>
  </w:style>
  <w:style w:type="character" w:styleId="CommentReference">
    <w:name w:val="annotation reference"/>
    <w:basedOn w:val="DefaultParagraphFont"/>
    <w:uiPriority w:val="99"/>
    <w:semiHidden/>
    <w:unhideWhenUsed/>
    <w:rsid w:val="00B64B92"/>
    <w:rPr>
      <w:sz w:val="16"/>
      <w:szCs w:val="16"/>
    </w:rPr>
  </w:style>
  <w:style w:type="paragraph" w:styleId="CommentText">
    <w:name w:val="annotation text"/>
    <w:basedOn w:val="Normal"/>
    <w:link w:val="CommentTextChar"/>
    <w:uiPriority w:val="99"/>
    <w:unhideWhenUsed/>
    <w:rsid w:val="00B64B92"/>
    <w:pPr>
      <w:spacing w:line="240" w:lineRule="auto"/>
    </w:pPr>
    <w:rPr>
      <w:sz w:val="20"/>
      <w:szCs w:val="20"/>
    </w:rPr>
  </w:style>
  <w:style w:type="character" w:customStyle="1" w:styleId="CommentTextChar">
    <w:name w:val="Comment Text Char"/>
    <w:basedOn w:val="DefaultParagraphFont"/>
    <w:link w:val="CommentText"/>
    <w:uiPriority w:val="99"/>
    <w:rsid w:val="00B64B92"/>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B64B92"/>
    <w:rPr>
      <w:b/>
      <w:bCs/>
    </w:rPr>
  </w:style>
  <w:style w:type="character" w:customStyle="1" w:styleId="CommentSubjectChar">
    <w:name w:val="Comment Subject Char"/>
    <w:basedOn w:val="CommentTextChar"/>
    <w:link w:val="CommentSubject"/>
    <w:uiPriority w:val="99"/>
    <w:semiHidden/>
    <w:rsid w:val="00B64B92"/>
    <w:rPr>
      <w:rFonts w:ascii="Times New Roman" w:hAnsi="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g"/><Relationship Id="rId3" Type="http://schemas.openxmlformats.org/officeDocument/2006/relationships/styles" Target="styles.xml"/><Relationship Id="rId7" Type="http://schemas.openxmlformats.org/officeDocument/2006/relationships/image" Target="media/image2.jp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5C610E-5EC4-4F9C-826D-27BBF0B6F3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14</Pages>
  <Words>5836</Words>
  <Characters>33268</Characters>
  <Application>Microsoft Office Word</Application>
  <DocSecurity>0</DocSecurity>
  <Lines>277</Lines>
  <Paragraphs>78</Paragraphs>
  <ScaleCrop>false</ScaleCrop>
  <HeadingPairs>
    <vt:vector size="2" baseType="variant">
      <vt:variant>
        <vt:lpstr>Title</vt:lpstr>
      </vt:variant>
      <vt:variant>
        <vt:i4>1</vt:i4>
      </vt:variant>
    </vt:vector>
  </HeadingPairs>
  <TitlesOfParts>
    <vt:vector size="1" baseType="lpstr">
      <vt:lpstr>Uredba o otklanjanju poremećaja na domaćem tržištu energije</vt:lpstr>
    </vt:vector>
  </TitlesOfParts>
  <Manager/>
  <Company/>
  <LinksUpToDate>false</LinksUpToDate>
  <CharactersWithSpaces>39026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Uredba o otklanjanju poremećaja na domaćem tržištu energije</dc:title>
  <dc:subject>Editabilna Word verzija formatirana stranicu po stranicu prema dostavljenom PDF-u.</dc:subject>
  <dc:creator>MINGO</dc:creator>
  <cp:keywords/>
  <dc:description>generated by python-docx</dc:description>
  <cp:lastModifiedBy>Larisa Petrić</cp:lastModifiedBy>
  <cp:revision>5</cp:revision>
  <dcterms:created xsi:type="dcterms:W3CDTF">2026-09-09T09:01:00Z</dcterms:created>
  <dcterms:modified xsi:type="dcterms:W3CDTF">2026-09-09T12:37:00Z</dcterms:modified>
  <cp:category/>
</cp:coreProperties>
</file>